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500D9" w14:textId="77777777" w:rsidR="00F01A3D" w:rsidRPr="00BC5D46" w:rsidRDefault="00F01A3D" w:rsidP="00F01A3D">
      <w:pPr>
        <w:jc w:val="center"/>
        <w:rPr>
          <w:rFonts w:ascii="Aptos" w:hAnsi="Aptos"/>
          <w:b/>
          <w:sz w:val="40"/>
        </w:rPr>
      </w:pPr>
      <w:bookmarkStart w:id="0" w:name="_Hlk207282136"/>
      <w:bookmarkEnd w:id="0"/>
    </w:p>
    <w:p w14:paraId="3EAEC02B" w14:textId="77777777" w:rsidR="00F01A3D" w:rsidRPr="00BC5D46" w:rsidRDefault="00F01A3D" w:rsidP="00F01A3D">
      <w:pPr>
        <w:jc w:val="center"/>
        <w:rPr>
          <w:rFonts w:ascii="Aptos" w:hAnsi="Aptos"/>
          <w:b/>
          <w:sz w:val="40"/>
        </w:rPr>
      </w:pPr>
    </w:p>
    <w:p w14:paraId="2FE55F6D" w14:textId="2CA09DAB" w:rsidR="00114C23" w:rsidRPr="00BC5D46" w:rsidRDefault="00CE1EC0" w:rsidP="00F01A3D">
      <w:pPr>
        <w:jc w:val="center"/>
        <w:rPr>
          <w:rFonts w:ascii="Aptos" w:hAnsi="Aptos"/>
          <w:bCs/>
          <w:sz w:val="72"/>
          <w:szCs w:val="72"/>
        </w:rPr>
      </w:pPr>
      <w:proofErr w:type="spellStart"/>
      <w:r w:rsidRPr="00BC5D46">
        <w:rPr>
          <w:rFonts w:ascii="Aptos" w:hAnsi="Aptos"/>
          <w:bCs/>
          <w:sz w:val="72"/>
          <w:szCs w:val="72"/>
        </w:rPr>
        <w:t>A</w:t>
      </w:r>
      <w:r w:rsidR="00F01A3D" w:rsidRPr="00BC5D46">
        <w:rPr>
          <w:rFonts w:ascii="Aptos" w:hAnsi="Aptos"/>
          <w:bCs/>
          <w:sz w:val="72"/>
          <w:szCs w:val="72"/>
        </w:rPr>
        <w:t>ura</w:t>
      </w:r>
      <w:r w:rsidRPr="00BC5D46">
        <w:rPr>
          <w:rFonts w:ascii="Aptos" w:hAnsi="Aptos"/>
          <w:bCs/>
          <w:sz w:val="72"/>
          <w:szCs w:val="72"/>
        </w:rPr>
        <w:t>STRX</w:t>
      </w:r>
      <w:proofErr w:type="spellEnd"/>
    </w:p>
    <w:p w14:paraId="3B0AED8E" w14:textId="7C2DB041" w:rsidR="00F01A3D" w:rsidRPr="00BC5D46" w:rsidRDefault="00F01A3D" w:rsidP="00F01A3D">
      <w:pPr>
        <w:jc w:val="center"/>
        <w:rPr>
          <w:rFonts w:ascii="Aptos" w:hAnsi="Aptos"/>
        </w:rPr>
      </w:pPr>
    </w:p>
    <w:p w14:paraId="19D2F284" w14:textId="1E489004" w:rsidR="00F01A3D" w:rsidRPr="00BC5D46" w:rsidRDefault="00F01A3D" w:rsidP="00F01A3D">
      <w:pPr>
        <w:jc w:val="center"/>
        <w:rPr>
          <w:rFonts w:ascii="Aptos" w:hAnsi="Aptos"/>
        </w:rPr>
      </w:pPr>
      <w:r w:rsidRPr="00BC5D46">
        <w:rPr>
          <w:rFonts w:ascii="Aptos" w:hAnsi="Aptos"/>
          <w:noProof/>
        </w:rPr>
        <w:drawing>
          <wp:anchor distT="0" distB="0" distL="114300" distR="114300" simplePos="0" relativeHeight="251487744" behindDoc="0" locked="0" layoutInCell="1" allowOverlap="1" wp14:anchorId="76CEC94B" wp14:editId="6A2F9A9B">
            <wp:simplePos x="0" y="0"/>
            <wp:positionH relativeFrom="column">
              <wp:posOffset>2806065</wp:posOffset>
            </wp:positionH>
            <wp:positionV relativeFrom="paragraph">
              <wp:posOffset>285750</wp:posOffset>
            </wp:positionV>
            <wp:extent cx="850851" cy="1094033"/>
            <wp:effectExtent l="0" t="0" r="6985" b="0"/>
            <wp:wrapNone/>
            <wp:docPr id="1540904611" name="Image 1" descr="Une image contenant Police, blanc, Graphiqu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04611" name="Image 1" descr="Une image contenant Police, blanc, Graphique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51" cy="109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D46">
        <w:rPr>
          <w:rFonts w:ascii="Aptos" w:hAnsi="Aptos"/>
          <w:noProof/>
        </w:rPr>
        <w:drawing>
          <wp:inline distT="0" distB="0" distL="0" distR="0" wp14:anchorId="53EF802E" wp14:editId="26154E70">
            <wp:extent cx="1250888" cy="2558955"/>
            <wp:effectExtent l="0" t="0" r="6985" b="0"/>
            <wp:docPr id="344749939" name="Image 1" descr="AuraSTRX | Audiof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raSTRX | Audiofil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8" t="12756" r="32304" b="1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281" cy="259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EE1FB" w14:textId="0FA9BA65" w:rsidR="00F01A3D" w:rsidRPr="00BC5D46" w:rsidRDefault="00D82765" w:rsidP="00F01A3D">
      <w:pPr>
        <w:jc w:val="center"/>
        <w:rPr>
          <w:rFonts w:ascii="Aptos" w:hAnsi="Aptos"/>
        </w:rPr>
      </w:pPr>
      <w:r w:rsidRPr="00BC5D46">
        <w:rPr>
          <w:rFonts w:ascii="Aptos" w:hAnsi="Aptos"/>
          <w:noProof/>
        </w:rPr>
        <w:drawing>
          <wp:anchor distT="0" distB="0" distL="114300" distR="114300" simplePos="0" relativeHeight="251776512" behindDoc="0" locked="0" layoutInCell="1" allowOverlap="1" wp14:anchorId="59667443" wp14:editId="45C8C32C">
            <wp:simplePos x="0" y="0"/>
            <wp:positionH relativeFrom="column">
              <wp:posOffset>2681936</wp:posOffset>
            </wp:positionH>
            <wp:positionV relativeFrom="paragraph">
              <wp:posOffset>166370</wp:posOffset>
            </wp:positionV>
            <wp:extent cx="1130300" cy="376877"/>
            <wp:effectExtent l="0" t="0" r="0" b="4445"/>
            <wp:wrapNone/>
            <wp:docPr id="1520148596" name="Image 71" descr="Aura By Opus | Une nouvelle façon de communi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ra By Opus | Une nouvelle façon de communiqu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7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280EEB" w14:textId="546707F9" w:rsidR="00F01A3D" w:rsidRPr="00BC5D46" w:rsidRDefault="00F01A3D" w:rsidP="00F01A3D">
      <w:pPr>
        <w:jc w:val="center"/>
        <w:rPr>
          <w:rFonts w:ascii="Aptos" w:hAnsi="Aptos"/>
        </w:rPr>
      </w:pPr>
    </w:p>
    <w:p w14:paraId="034443FF" w14:textId="77777777" w:rsidR="00F01A3D" w:rsidRPr="00BC5D46" w:rsidRDefault="00F01A3D" w:rsidP="00F01A3D">
      <w:pPr>
        <w:jc w:val="center"/>
        <w:rPr>
          <w:rFonts w:ascii="Aptos" w:hAnsi="Aptos"/>
        </w:rPr>
      </w:pPr>
    </w:p>
    <w:p w14:paraId="426B3EB8" w14:textId="6060F19C" w:rsidR="004A10FD" w:rsidRPr="00BC5D46" w:rsidRDefault="004A10FD" w:rsidP="004A10FD">
      <w:pPr>
        <w:jc w:val="center"/>
        <w:rPr>
          <w:rFonts w:ascii="Aptos" w:hAnsi="Aptos"/>
        </w:rPr>
      </w:pPr>
      <w:r w:rsidRPr="00BC5D46">
        <w:rPr>
          <w:rFonts w:ascii="Aptos" w:hAnsi="Aptos"/>
          <w:i/>
          <w:iCs/>
        </w:rPr>
        <w:t>User Interface Guide v1.0.0 </w:t>
      </w:r>
      <w:r w:rsidRPr="00BC5D46">
        <w:rPr>
          <w:rFonts w:ascii="Aptos" w:hAnsi="Aptos"/>
        </w:rPr>
        <w:t> </w:t>
      </w:r>
    </w:p>
    <w:p w14:paraId="00F6A936" w14:textId="2F216386" w:rsidR="00F01A3D" w:rsidRPr="00BC5D46" w:rsidRDefault="00F01A3D" w:rsidP="00F01A3D">
      <w:pPr>
        <w:jc w:val="center"/>
        <w:rPr>
          <w:rFonts w:ascii="Aptos" w:hAnsi="Aptos"/>
        </w:rPr>
      </w:pPr>
    </w:p>
    <w:p w14:paraId="79473060" w14:textId="1726349F" w:rsidR="00F01A3D" w:rsidRPr="00BC5D46" w:rsidRDefault="00F01A3D" w:rsidP="00F01A3D">
      <w:pPr>
        <w:jc w:val="center"/>
        <w:rPr>
          <w:rFonts w:ascii="Aptos" w:hAnsi="Aptos"/>
        </w:rPr>
      </w:pPr>
    </w:p>
    <w:p w14:paraId="2E0997A7" w14:textId="2194D7CB" w:rsidR="00F01A3D" w:rsidRPr="00BC5D46" w:rsidRDefault="00F01A3D" w:rsidP="00D82765">
      <w:pPr>
        <w:rPr>
          <w:rFonts w:ascii="Aptos" w:hAnsi="Aptos"/>
        </w:rPr>
      </w:pPr>
    </w:p>
    <w:p w14:paraId="1DEED90F" w14:textId="77777777" w:rsidR="00D82765" w:rsidRPr="00BC5D46" w:rsidRDefault="00D82765" w:rsidP="00D82765">
      <w:pPr>
        <w:rPr>
          <w:rFonts w:ascii="Aptos" w:hAnsi="Aptos"/>
        </w:rPr>
      </w:pPr>
    </w:p>
    <w:p w14:paraId="656A1F37" w14:textId="77777777" w:rsidR="00D82765" w:rsidRPr="00BC5D46" w:rsidRDefault="00D82765" w:rsidP="00D82765">
      <w:pPr>
        <w:rPr>
          <w:rFonts w:ascii="Aptos" w:hAnsi="Aptos"/>
        </w:rPr>
      </w:pPr>
    </w:p>
    <w:p w14:paraId="7AA0E1D6" w14:textId="67C6D0C1" w:rsidR="00F01A3D" w:rsidRPr="00BC5D46" w:rsidRDefault="00F01A3D" w:rsidP="00F01A3D">
      <w:pPr>
        <w:jc w:val="center"/>
        <w:rPr>
          <w:rFonts w:ascii="Aptos" w:hAnsi="Aptos"/>
        </w:rPr>
      </w:pPr>
    </w:p>
    <w:p w14:paraId="6E8A11EC" w14:textId="53FB902F" w:rsidR="00F01A3D" w:rsidRPr="00BC5D46" w:rsidRDefault="00F01A3D" w:rsidP="00F01A3D">
      <w:pPr>
        <w:jc w:val="center"/>
        <w:rPr>
          <w:rFonts w:ascii="Aptos" w:hAnsi="Aptos"/>
        </w:rPr>
      </w:pPr>
    </w:p>
    <w:p w14:paraId="06A19E81" w14:textId="07425F71" w:rsidR="00F01A3D" w:rsidRPr="00BC5D46" w:rsidRDefault="00306402" w:rsidP="00306402">
      <w:pPr>
        <w:tabs>
          <w:tab w:val="left" w:pos="4320"/>
        </w:tabs>
        <w:rPr>
          <w:rFonts w:ascii="Aptos" w:hAnsi="Aptos"/>
        </w:rPr>
      </w:pPr>
      <w:r>
        <w:rPr>
          <w:rFonts w:ascii="Aptos" w:hAnsi="Aptos"/>
        </w:rPr>
        <w:tab/>
      </w:r>
    </w:p>
    <w:p w14:paraId="2D837CB0" w14:textId="77777777" w:rsidR="00BF6BC7" w:rsidRPr="00BC5D46" w:rsidRDefault="00BF6BC7" w:rsidP="00F01A3D">
      <w:pPr>
        <w:pStyle w:val="paragraph"/>
        <w:spacing w:before="360" w:beforeAutospacing="0" w:after="80" w:afterAutospacing="0"/>
        <w:jc w:val="center"/>
        <w:textAlignment w:val="baseline"/>
        <w:rPr>
          <w:rStyle w:val="normaltextrun"/>
          <w:rFonts w:ascii="Aptos" w:hAnsi="Aptos"/>
          <w:color w:val="0F4761"/>
          <w:sz w:val="40"/>
          <w:szCs w:val="40"/>
          <w:lang w:val="en-US"/>
        </w:rPr>
      </w:pPr>
    </w:p>
    <w:p w14:paraId="116B0C2D" w14:textId="1BE14E3F" w:rsidR="00F01A3D" w:rsidRPr="00BC5D46" w:rsidRDefault="00F01A3D" w:rsidP="00F01A3D">
      <w:pPr>
        <w:pStyle w:val="paragraph"/>
        <w:spacing w:before="360" w:beforeAutospacing="0" w:after="80" w:afterAutospacing="0"/>
        <w:jc w:val="center"/>
        <w:textAlignment w:val="baseline"/>
        <w:rPr>
          <w:rFonts w:ascii="Aptos" w:hAnsi="Aptos"/>
          <w:color w:val="0F4761"/>
          <w:lang w:val="en-US"/>
        </w:rPr>
      </w:pPr>
      <w:r w:rsidRPr="00BC5D46">
        <w:rPr>
          <w:rStyle w:val="normaltextrun"/>
          <w:rFonts w:ascii="Aptos" w:hAnsi="Aptos"/>
          <w:color w:val="0F4761"/>
          <w:sz w:val="40"/>
          <w:szCs w:val="40"/>
          <w:lang w:val="en-US"/>
        </w:rPr>
        <w:t>Table of contents</w:t>
      </w:r>
      <w:r w:rsidRPr="00BC5D46">
        <w:rPr>
          <w:rStyle w:val="eop"/>
          <w:rFonts w:ascii="Aptos" w:hAnsi="Aptos"/>
          <w:color w:val="0F4761"/>
          <w:sz w:val="40"/>
          <w:szCs w:val="40"/>
          <w:lang w:val="en-US"/>
        </w:rPr>
        <w:t> </w:t>
      </w:r>
    </w:p>
    <w:p w14:paraId="528F7880" w14:textId="647F3C27" w:rsidR="00F41199" w:rsidRPr="00BC5D46" w:rsidRDefault="00CE1EC0">
      <w:pPr>
        <w:pStyle w:val="TM1"/>
        <w:tabs>
          <w:tab w:val="right" w:leader="dot" w:pos="10214"/>
        </w:tabs>
        <w:rPr>
          <w:rFonts w:ascii="Aptos" w:hAnsi="Aptos"/>
          <w:noProof/>
          <w:kern w:val="2"/>
          <w:sz w:val="24"/>
          <w:szCs w:val="24"/>
          <w:lang w:val="fr-FR" w:eastAsia="fr-FR"/>
          <w14:ligatures w14:val="standardContextual"/>
        </w:rPr>
      </w:pPr>
      <w:r w:rsidRPr="00BC5D46">
        <w:rPr>
          <w:rFonts w:ascii="Aptos" w:hAnsi="Aptos"/>
        </w:rPr>
        <w:fldChar w:fldCharType="begin"/>
      </w:r>
      <w:r w:rsidRPr="00BC5D46">
        <w:rPr>
          <w:rFonts w:ascii="Aptos" w:hAnsi="Aptos"/>
        </w:rPr>
        <w:instrText>TOC \o "1-3" \h \z \u</w:instrText>
      </w:r>
      <w:r w:rsidRPr="00BC5D46">
        <w:rPr>
          <w:rFonts w:ascii="Aptos" w:hAnsi="Aptos"/>
        </w:rPr>
        <w:fldChar w:fldCharType="separate"/>
      </w:r>
      <w:hyperlink w:anchor="_Toc207283903" w:history="1">
        <w:r w:rsidR="00F41199" w:rsidRPr="00BC5D46">
          <w:rPr>
            <w:rStyle w:val="Lienhypertexte"/>
            <w:rFonts w:ascii="Aptos" w:hAnsi="Aptos"/>
            <w:noProof/>
          </w:rPr>
          <w:t>Overview</w:t>
        </w:r>
        <w:r w:rsidR="00F41199" w:rsidRPr="00BC5D46">
          <w:rPr>
            <w:rFonts w:ascii="Aptos" w:hAnsi="Aptos"/>
            <w:noProof/>
            <w:webHidden/>
          </w:rPr>
          <w:tab/>
        </w:r>
        <w:r w:rsidR="00F41199" w:rsidRPr="00BC5D46">
          <w:rPr>
            <w:rFonts w:ascii="Aptos" w:hAnsi="Aptos"/>
            <w:noProof/>
            <w:webHidden/>
          </w:rPr>
          <w:fldChar w:fldCharType="begin"/>
        </w:r>
        <w:r w:rsidR="00F41199" w:rsidRPr="00BC5D46">
          <w:rPr>
            <w:rFonts w:ascii="Aptos" w:hAnsi="Aptos"/>
            <w:noProof/>
            <w:webHidden/>
          </w:rPr>
          <w:instrText xml:space="preserve"> PAGEREF _Toc207283903 \h </w:instrText>
        </w:r>
        <w:r w:rsidR="00F41199" w:rsidRPr="00BC5D46">
          <w:rPr>
            <w:rFonts w:ascii="Aptos" w:hAnsi="Aptos"/>
            <w:noProof/>
            <w:webHidden/>
          </w:rPr>
        </w:r>
        <w:r w:rsidR="00F41199" w:rsidRPr="00BC5D46">
          <w:rPr>
            <w:rFonts w:ascii="Aptos" w:hAnsi="Aptos"/>
            <w:noProof/>
            <w:webHidden/>
          </w:rPr>
          <w:fldChar w:fldCharType="separate"/>
        </w:r>
        <w:r w:rsidR="006F0B6C">
          <w:rPr>
            <w:rFonts w:ascii="Aptos" w:hAnsi="Aptos"/>
            <w:noProof/>
            <w:webHidden/>
          </w:rPr>
          <w:t>3</w:t>
        </w:r>
        <w:r w:rsidR="00F41199" w:rsidRPr="00BC5D46">
          <w:rPr>
            <w:rFonts w:ascii="Aptos" w:hAnsi="Aptos"/>
            <w:noProof/>
            <w:webHidden/>
          </w:rPr>
          <w:fldChar w:fldCharType="end"/>
        </w:r>
      </w:hyperlink>
    </w:p>
    <w:p w14:paraId="650EB8D7" w14:textId="1FC2EB80" w:rsidR="00F41199" w:rsidRPr="00BC5D46" w:rsidRDefault="00F41199">
      <w:pPr>
        <w:pStyle w:val="TM1"/>
        <w:tabs>
          <w:tab w:val="right" w:leader="dot" w:pos="10214"/>
        </w:tabs>
        <w:rPr>
          <w:rFonts w:ascii="Aptos" w:hAnsi="Aptos"/>
          <w:noProof/>
          <w:kern w:val="2"/>
          <w:sz w:val="24"/>
          <w:szCs w:val="24"/>
          <w:lang w:val="fr-FR" w:eastAsia="fr-FR"/>
          <w14:ligatures w14:val="standardContextual"/>
        </w:rPr>
      </w:pPr>
      <w:hyperlink w:anchor="_Toc207283904" w:history="1">
        <w:r w:rsidRPr="00BC5D46">
          <w:rPr>
            <w:rStyle w:val="Lienhypertexte"/>
            <w:rFonts w:ascii="Aptos" w:hAnsi="Aptos"/>
            <w:noProof/>
          </w:rPr>
          <w:t>Part 1 — Quick Start: Listen now</w:t>
        </w:r>
        <w:r w:rsidRPr="00BC5D46">
          <w:rPr>
            <w:rFonts w:ascii="Aptos" w:hAnsi="Aptos"/>
            <w:noProof/>
            <w:webHidden/>
          </w:rPr>
          <w:tab/>
        </w:r>
        <w:r w:rsidRPr="00BC5D46">
          <w:rPr>
            <w:rFonts w:ascii="Aptos" w:hAnsi="Aptos"/>
            <w:noProof/>
            <w:webHidden/>
          </w:rPr>
          <w:fldChar w:fldCharType="begin"/>
        </w:r>
        <w:r w:rsidRPr="00BC5D46">
          <w:rPr>
            <w:rFonts w:ascii="Aptos" w:hAnsi="Aptos"/>
            <w:noProof/>
            <w:webHidden/>
          </w:rPr>
          <w:instrText xml:space="preserve"> PAGEREF _Toc207283904 \h </w:instrText>
        </w:r>
        <w:r w:rsidRPr="00BC5D46">
          <w:rPr>
            <w:rFonts w:ascii="Aptos" w:hAnsi="Aptos"/>
            <w:noProof/>
            <w:webHidden/>
          </w:rPr>
        </w:r>
        <w:r w:rsidRPr="00BC5D46">
          <w:rPr>
            <w:rFonts w:ascii="Aptos" w:hAnsi="Aptos"/>
            <w:noProof/>
            <w:webHidden/>
          </w:rPr>
          <w:fldChar w:fldCharType="separate"/>
        </w:r>
        <w:r w:rsidR="006F0B6C">
          <w:rPr>
            <w:rFonts w:ascii="Aptos" w:hAnsi="Aptos"/>
            <w:noProof/>
            <w:webHidden/>
          </w:rPr>
          <w:t>4</w:t>
        </w:r>
        <w:r w:rsidRPr="00BC5D46">
          <w:rPr>
            <w:rFonts w:ascii="Aptos" w:hAnsi="Aptos"/>
            <w:noProof/>
            <w:webHidden/>
          </w:rPr>
          <w:fldChar w:fldCharType="end"/>
        </w:r>
      </w:hyperlink>
    </w:p>
    <w:p w14:paraId="00D5F0FE" w14:textId="61A1BB5B" w:rsidR="00F41199" w:rsidRPr="00BC5D46" w:rsidRDefault="00F41199">
      <w:pPr>
        <w:pStyle w:val="TM1"/>
        <w:tabs>
          <w:tab w:val="right" w:leader="dot" w:pos="10214"/>
        </w:tabs>
        <w:rPr>
          <w:rFonts w:ascii="Aptos" w:hAnsi="Aptos"/>
          <w:noProof/>
          <w:kern w:val="2"/>
          <w:sz w:val="24"/>
          <w:szCs w:val="24"/>
          <w:lang w:val="fr-FR" w:eastAsia="fr-FR"/>
          <w14:ligatures w14:val="standardContextual"/>
        </w:rPr>
      </w:pPr>
      <w:hyperlink w:anchor="_Toc207283905" w:history="1">
        <w:r w:rsidRPr="00BC5D46">
          <w:rPr>
            <w:rStyle w:val="Lienhypertexte"/>
            <w:rFonts w:ascii="Aptos" w:hAnsi="Aptos"/>
            <w:noProof/>
          </w:rPr>
          <w:t>Part 2 — Change the language</w:t>
        </w:r>
        <w:r w:rsidRPr="00BC5D46">
          <w:rPr>
            <w:rFonts w:ascii="Aptos" w:hAnsi="Aptos"/>
            <w:noProof/>
            <w:webHidden/>
          </w:rPr>
          <w:tab/>
        </w:r>
        <w:r w:rsidRPr="00BC5D46">
          <w:rPr>
            <w:rFonts w:ascii="Aptos" w:hAnsi="Aptos"/>
            <w:noProof/>
            <w:webHidden/>
          </w:rPr>
          <w:fldChar w:fldCharType="begin"/>
        </w:r>
        <w:r w:rsidRPr="00BC5D46">
          <w:rPr>
            <w:rFonts w:ascii="Aptos" w:hAnsi="Aptos"/>
            <w:noProof/>
            <w:webHidden/>
          </w:rPr>
          <w:instrText xml:space="preserve"> PAGEREF _Toc207283905 \h </w:instrText>
        </w:r>
        <w:r w:rsidRPr="00BC5D46">
          <w:rPr>
            <w:rFonts w:ascii="Aptos" w:hAnsi="Aptos"/>
            <w:noProof/>
            <w:webHidden/>
          </w:rPr>
        </w:r>
        <w:r w:rsidRPr="00BC5D46">
          <w:rPr>
            <w:rFonts w:ascii="Aptos" w:hAnsi="Aptos"/>
            <w:noProof/>
            <w:webHidden/>
          </w:rPr>
          <w:fldChar w:fldCharType="separate"/>
        </w:r>
        <w:r w:rsidR="006F0B6C">
          <w:rPr>
            <w:rFonts w:ascii="Aptos" w:hAnsi="Aptos"/>
            <w:noProof/>
            <w:webHidden/>
          </w:rPr>
          <w:t>5</w:t>
        </w:r>
        <w:r w:rsidRPr="00BC5D46">
          <w:rPr>
            <w:rFonts w:ascii="Aptos" w:hAnsi="Aptos"/>
            <w:noProof/>
            <w:webHidden/>
          </w:rPr>
          <w:fldChar w:fldCharType="end"/>
        </w:r>
      </w:hyperlink>
    </w:p>
    <w:p w14:paraId="2A8AEE6E" w14:textId="791E273F" w:rsidR="00F41199" w:rsidRPr="00BC5D46" w:rsidRDefault="00F41199">
      <w:pPr>
        <w:pStyle w:val="TM1"/>
        <w:tabs>
          <w:tab w:val="right" w:leader="dot" w:pos="10214"/>
        </w:tabs>
        <w:rPr>
          <w:rFonts w:ascii="Aptos" w:hAnsi="Aptos"/>
          <w:noProof/>
          <w:kern w:val="2"/>
          <w:sz w:val="24"/>
          <w:szCs w:val="24"/>
          <w:lang w:val="fr-FR" w:eastAsia="fr-FR"/>
          <w14:ligatures w14:val="standardContextual"/>
        </w:rPr>
      </w:pPr>
      <w:hyperlink w:anchor="_Toc207283906" w:history="1">
        <w:r w:rsidRPr="00BC5D46">
          <w:rPr>
            <w:rStyle w:val="Lienhypertexte"/>
            <w:rFonts w:ascii="Aptos" w:hAnsi="Aptos"/>
            <w:noProof/>
          </w:rPr>
          <w:t>Part 3 — Start, pause, or resume a stream</w:t>
        </w:r>
        <w:r w:rsidRPr="00BC5D46">
          <w:rPr>
            <w:rFonts w:ascii="Aptos" w:hAnsi="Aptos"/>
            <w:noProof/>
            <w:webHidden/>
          </w:rPr>
          <w:tab/>
        </w:r>
        <w:r w:rsidRPr="00BC5D46">
          <w:rPr>
            <w:rFonts w:ascii="Aptos" w:hAnsi="Aptos"/>
            <w:noProof/>
            <w:webHidden/>
          </w:rPr>
          <w:fldChar w:fldCharType="begin"/>
        </w:r>
        <w:r w:rsidRPr="00BC5D46">
          <w:rPr>
            <w:rFonts w:ascii="Aptos" w:hAnsi="Aptos"/>
            <w:noProof/>
            <w:webHidden/>
          </w:rPr>
          <w:instrText xml:space="preserve"> PAGEREF _Toc207283906 \h </w:instrText>
        </w:r>
        <w:r w:rsidRPr="00BC5D46">
          <w:rPr>
            <w:rFonts w:ascii="Aptos" w:hAnsi="Aptos"/>
            <w:noProof/>
            <w:webHidden/>
          </w:rPr>
        </w:r>
        <w:r w:rsidRPr="00BC5D46">
          <w:rPr>
            <w:rFonts w:ascii="Aptos" w:hAnsi="Aptos"/>
            <w:noProof/>
            <w:webHidden/>
          </w:rPr>
          <w:fldChar w:fldCharType="separate"/>
        </w:r>
        <w:r w:rsidR="006F0B6C">
          <w:rPr>
            <w:rFonts w:ascii="Aptos" w:hAnsi="Aptos"/>
            <w:noProof/>
            <w:webHidden/>
          </w:rPr>
          <w:t>5</w:t>
        </w:r>
        <w:r w:rsidRPr="00BC5D46">
          <w:rPr>
            <w:rFonts w:ascii="Aptos" w:hAnsi="Aptos"/>
            <w:noProof/>
            <w:webHidden/>
          </w:rPr>
          <w:fldChar w:fldCharType="end"/>
        </w:r>
      </w:hyperlink>
    </w:p>
    <w:p w14:paraId="2EE9C79B" w14:textId="3921EACC" w:rsidR="00F41199" w:rsidRPr="00BC5D46" w:rsidRDefault="00F41199">
      <w:pPr>
        <w:pStyle w:val="TM1"/>
        <w:tabs>
          <w:tab w:val="right" w:leader="dot" w:pos="10214"/>
        </w:tabs>
        <w:rPr>
          <w:rFonts w:ascii="Aptos" w:hAnsi="Aptos"/>
          <w:noProof/>
          <w:kern w:val="2"/>
          <w:sz w:val="24"/>
          <w:szCs w:val="24"/>
          <w:lang w:val="fr-FR" w:eastAsia="fr-FR"/>
          <w14:ligatures w14:val="standardContextual"/>
        </w:rPr>
      </w:pPr>
      <w:hyperlink w:anchor="_Toc207283907" w:history="1">
        <w:r w:rsidRPr="00BC5D46">
          <w:rPr>
            <w:rStyle w:val="Lienhypertexte"/>
            <w:rFonts w:ascii="Aptos" w:hAnsi="Aptos"/>
            <w:noProof/>
          </w:rPr>
          <w:t>Part 4 — Choose or switch broadcast (open or secured)</w:t>
        </w:r>
        <w:r w:rsidRPr="00BC5D46">
          <w:rPr>
            <w:rFonts w:ascii="Aptos" w:hAnsi="Aptos"/>
            <w:noProof/>
            <w:webHidden/>
          </w:rPr>
          <w:tab/>
        </w:r>
        <w:r w:rsidRPr="00BC5D46">
          <w:rPr>
            <w:rFonts w:ascii="Aptos" w:hAnsi="Aptos"/>
            <w:noProof/>
            <w:webHidden/>
          </w:rPr>
          <w:fldChar w:fldCharType="begin"/>
        </w:r>
        <w:r w:rsidRPr="00BC5D46">
          <w:rPr>
            <w:rFonts w:ascii="Aptos" w:hAnsi="Aptos"/>
            <w:noProof/>
            <w:webHidden/>
          </w:rPr>
          <w:instrText xml:space="preserve"> PAGEREF _Toc207283907 \h </w:instrText>
        </w:r>
        <w:r w:rsidRPr="00BC5D46">
          <w:rPr>
            <w:rFonts w:ascii="Aptos" w:hAnsi="Aptos"/>
            <w:noProof/>
            <w:webHidden/>
          </w:rPr>
        </w:r>
        <w:r w:rsidRPr="00BC5D46">
          <w:rPr>
            <w:rFonts w:ascii="Aptos" w:hAnsi="Aptos"/>
            <w:noProof/>
            <w:webHidden/>
          </w:rPr>
          <w:fldChar w:fldCharType="separate"/>
        </w:r>
        <w:r w:rsidR="006F0B6C">
          <w:rPr>
            <w:rFonts w:ascii="Aptos" w:hAnsi="Aptos"/>
            <w:noProof/>
            <w:webHidden/>
          </w:rPr>
          <w:t>6</w:t>
        </w:r>
        <w:r w:rsidRPr="00BC5D46">
          <w:rPr>
            <w:rFonts w:ascii="Aptos" w:hAnsi="Aptos"/>
            <w:noProof/>
            <w:webHidden/>
          </w:rPr>
          <w:fldChar w:fldCharType="end"/>
        </w:r>
      </w:hyperlink>
    </w:p>
    <w:p w14:paraId="599B5BE3" w14:textId="68866613" w:rsidR="00F41199" w:rsidRPr="00BC5D46" w:rsidRDefault="00F41199">
      <w:pPr>
        <w:pStyle w:val="TM1"/>
        <w:tabs>
          <w:tab w:val="right" w:leader="dot" w:pos="10214"/>
        </w:tabs>
        <w:rPr>
          <w:rFonts w:ascii="Aptos" w:hAnsi="Aptos"/>
          <w:noProof/>
          <w:kern w:val="2"/>
          <w:sz w:val="24"/>
          <w:szCs w:val="24"/>
          <w:lang w:val="fr-FR" w:eastAsia="fr-FR"/>
          <w14:ligatures w14:val="standardContextual"/>
        </w:rPr>
      </w:pPr>
      <w:hyperlink w:anchor="_Toc207283908" w:history="1">
        <w:r w:rsidRPr="00BC5D46">
          <w:rPr>
            <w:rStyle w:val="Lienhypertexte"/>
            <w:rFonts w:ascii="Aptos" w:hAnsi="Aptos"/>
            <w:noProof/>
          </w:rPr>
          <w:t>Part 5 — Connect to a secured broadcast (password or QR)</w:t>
        </w:r>
        <w:r w:rsidRPr="00BC5D46">
          <w:rPr>
            <w:rFonts w:ascii="Aptos" w:hAnsi="Aptos"/>
            <w:noProof/>
            <w:webHidden/>
          </w:rPr>
          <w:tab/>
        </w:r>
        <w:r w:rsidRPr="00BC5D46">
          <w:rPr>
            <w:rFonts w:ascii="Aptos" w:hAnsi="Aptos"/>
            <w:noProof/>
            <w:webHidden/>
          </w:rPr>
          <w:fldChar w:fldCharType="begin"/>
        </w:r>
        <w:r w:rsidRPr="00BC5D46">
          <w:rPr>
            <w:rFonts w:ascii="Aptos" w:hAnsi="Aptos"/>
            <w:noProof/>
            <w:webHidden/>
          </w:rPr>
          <w:instrText xml:space="preserve"> PAGEREF _Toc207283908 \h </w:instrText>
        </w:r>
        <w:r w:rsidRPr="00BC5D46">
          <w:rPr>
            <w:rFonts w:ascii="Aptos" w:hAnsi="Aptos"/>
            <w:noProof/>
            <w:webHidden/>
          </w:rPr>
        </w:r>
        <w:r w:rsidRPr="00BC5D46">
          <w:rPr>
            <w:rFonts w:ascii="Aptos" w:hAnsi="Aptos"/>
            <w:noProof/>
            <w:webHidden/>
          </w:rPr>
          <w:fldChar w:fldCharType="separate"/>
        </w:r>
        <w:r w:rsidR="006F0B6C">
          <w:rPr>
            <w:rFonts w:ascii="Aptos" w:hAnsi="Aptos"/>
            <w:noProof/>
            <w:webHidden/>
          </w:rPr>
          <w:t>7</w:t>
        </w:r>
        <w:r w:rsidRPr="00BC5D46">
          <w:rPr>
            <w:rFonts w:ascii="Aptos" w:hAnsi="Aptos"/>
            <w:noProof/>
            <w:webHidden/>
          </w:rPr>
          <w:fldChar w:fldCharType="end"/>
        </w:r>
      </w:hyperlink>
    </w:p>
    <w:p w14:paraId="3820FC1A" w14:textId="2CC340AA" w:rsidR="00F41199" w:rsidRPr="00BC5D46" w:rsidRDefault="00F41199">
      <w:pPr>
        <w:pStyle w:val="TM1"/>
        <w:tabs>
          <w:tab w:val="right" w:leader="dot" w:pos="10214"/>
        </w:tabs>
        <w:rPr>
          <w:rFonts w:ascii="Aptos" w:hAnsi="Aptos"/>
          <w:noProof/>
          <w:kern w:val="2"/>
          <w:sz w:val="24"/>
          <w:szCs w:val="24"/>
          <w:lang w:val="fr-FR" w:eastAsia="fr-FR"/>
          <w14:ligatures w14:val="standardContextual"/>
        </w:rPr>
      </w:pPr>
      <w:hyperlink w:anchor="_Toc207283909" w:history="1">
        <w:r w:rsidRPr="00BC5D46">
          <w:rPr>
            <w:rStyle w:val="Lienhypertexte"/>
            <w:rFonts w:ascii="Aptos" w:hAnsi="Aptos"/>
            <w:noProof/>
          </w:rPr>
          <w:t>Part 7 — Events &amp; System States (Consolidated)</w:t>
        </w:r>
        <w:r w:rsidRPr="00BC5D46">
          <w:rPr>
            <w:rFonts w:ascii="Aptos" w:hAnsi="Aptos"/>
            <w:noProof/>
            <w:webHidden/>
          </w:rPr>
          <w:tab/>
        </w:r>
        <w:r w:rsidRPr="00BC5D46">
          <w:rPr>
            <w:rFonts w:ascii="Aptos" w:hAnsi="Aptos"/>
            <w:noProof/>
            <w:webHidden/>
          </w:rPr>
          <w:fldChar w:fldCharType="begin"/>
        </w:r>
        <w:r w:rsidRPr="00BC5D46">
          <w:rPr>
            <w:rFonts w:ascii="Aptos" w:hAnsi="Aptos"/>
            <w:noProof/>
            <w:webHidden/>
          </w:rPr>
          <w:instrText xml:space="preserve"> PAGEREF _Toc207283909 \h </w:instrText>
        </w:r>
        <w:r w:rsidRPr="00BC5D46">
          <w:rPr>
            <w:rFonts w:ascii="Aptos" w:hAnsi="Aptos"/>
            <w:noProof/>
            <w:webHidden/>
          </w:rPr>
        </w:r>
        <w:r w:rsidRPr="00BC5D46">
          <w:rPr>
            <w:rFonts w:ascii="Aptos" w:hAnsi="Aptos"/>
            <w:noProof/>
            <w:webHidden/>
          </w:rPr>
          <w:fldChar w:fldCharType="separate"/>
        </w:r>
        <w:r w:rsidR="006F0B6C">
          <w:rPr>
            <w:rFonts w:ascii="Aptos" w:hAnsi="Aptos"/>
            <w:noProof/>
            <w:webHidden/>
          </w:rPr>
          <w:t>8</w:t>
        </w:r>
        <w:r w:rsidRPr="00BC5D46">
          <w:rPr>
            <w:rFonts w:ascii="Aptos" w:hAnsi="Aptos"/>
            <w:noProof/>
            <w:webHidden/>
          </w:rPr>
          <w:fldChar w:fldCharType="end"/>
        </w:r>
      </w:hyperlink>
    </w:p>
    <w:p w14:paraId="64745180" w14:textId="345F4136" w:rsidR="00F41199" w:rsidRPr="00BC5D46" w:rsidRDefault="00F41199">
      <w:pPr>
        <w:pStyle w:val="TM2"/>
        <w:tabs>
          <w:tab w:val="right" w:leader="dot" w:pos="10214"/>
        </w:tabs>
        <w:rPr>
          <w:rFonts w:ascii="Aptos" w:hAnsi="Aptos"/>
          <w:noProof/>
          <w:kern w:val="2"/>
          <w:sz w:val="24"/>
          <w:szCs w:val="24"/>
          <w:lang w:val="fr-FR" w:eastAsia="fr-FR"/>
          <w14:ligatures w14:val="standardContextual"/>
        </w:rPr>
      </w:pPr>
      <w:hyperlink w:anchor="_Toc207283910" w:history="1">
        <w:r w:rsidRPr="00BC5D46">
          <w:rPr>
            <w:rStyle w:val="Lienhypertexte"/>
            <w:rFonts w:ascii="Aptos" w:hAnsi="Aptos"/>
            <w:noProof/>
          </w:rPr>
          <w:t>Weak Signal</w:t>
        </w:r>
        <w:r w:rsidRPr="00BC5D46">
          <w:rPr>
            <w:rFonts w:ascii="Aptos" w:hAnsi="Aptos"/>
            <w:noProof/>
            <w:webHidden/>
          </w:rPr>
          <w:tab/>
        </w:r>
        <w:r w:rsidRPr="00BC5D46">
          <w:rPr>
            <w:rFonts w:ascii="Aptos" w:hAnsi="Aptos"/>
            <w:noProof/>
            <w:webHidden/>
          </w:rPr>
          <w:fldChar w:fldCharType="begin"/>
        </w:r>
        <w:r w:rsidRPr="00BC5D46">
          <w:rPr>
            <w:rFonts w:ascii="Aptos" w:hAnsi="Aptos"/>
            <w:noProof/>
            <w:webHidden/>
          </w:rPr>
          <w:instrText xml:space="preserve"> PAGEREF _Toc207283910 \h </w:instrText>
        </w:r>
        <w:r w:rsidRPr="00BC5D46">
          <w:rPr>
            <w:rFonts w:ascii="Aptos" w:hAnsi="Aptos"/>
            <w:noProof/>
            <w:webHidden/>
          </w:rPr>
        </w:r>
        <w:r w:rsidRPr="00BC5D46">
          <w:rPr>
            <w:rFonts w:ascii="Aptos" w:hAnsi="Aptos"/>
            <w:noProof/>
            <w:webHidden/>
          </w:rPr>
          <w:fldChar w:fldCharType="separate"/>
        </w:r>
        <w:r w:rsidR="006F0B6C">
          <w:rPr>
            <w:rFonts w:ascii="Aptos" w:hAnsi="Aptos"/>
            <w:noProof/>
            <w:webHidden/>
          </w:rPr>
          <w:t>8</w:t>
        </w:r>
        <w:r w:rsidRPr="00BC5D46">
          <w:rPr>
            <w:rFonts w:ascii="Aptos" w:hAnsi="Aptos"/>
            <w:noProof/>
            <w:webHidden/>
          </w:rPr>
          <w:fldChar w:fldCharType="end"/>
        </w:r>
      </w:hyperlink>
    </w:p>
    <w:p w14:paraId="5D679675" w14:textId="7D1EDD7E" w:rsidR="00F41199" w:rsidRPr="00BC5D46" w:rsidRDefault="00F41199">
      <w:pPr>
        <w:pStyle w:val="TM2"/>
        <w:tabs>
          <w:tab w:val="right" w:leader="dot" w:pos="10214"/>
        </w:tabs>
        <w:rPr>
          <w:rFonts w:ascii="Aptos" w:hAnsi="Aptos"/>
          <w:noProof/>
          <w:kern w:val="2"/>
          <w:sz w:val="24"/>
          <w:szCs w:val="24"/>
          <w:lang w:val="fr-FR" w:eastAsia="fr-FR"/>
          <w14:ligatures w14:val="standardContextual"/>
        </w:rPr>
      </w:pPr>
      <w:hyperlink w:anchor="_Toc207283911" w:history="1">
        <w:r w:rsidRPr="00BC5D46">
          <w:rPr>
            <w:rStyle w:val="Lienhypertexte"/>
            <w:rFonts w:ascii="Aptos" w:hAnsi="Aptos"/>
            <w:noProof/>
          </w:rPr>
          <w:t>Disconnected</w:t>
        </w:r>
        <w:r w:rsidRPr="00BC5D46">
          <w:rPr>
            <w:rFonts w:ascii="Aptos" w:hAnsi="Aptos"/>
            <w:noProof/>
            <w:webHidden/>
          </w:rPr>
          <w:tab/>
        </w:r>
        <w:r w:rsidRPr="00BC5D46">
          <w:rPr>
            <w:rFonts w:ascii="Aptos" w:hAnsi="Aptos"/>
            <w:noProof/>
            <w:webHidden/>
          </w:rPr>
          <w:fldChar w:fldCharType="begin"/>
        </w:r>
        <w:r w:rsidRPr="00BC5D46">
          <w:rPr>
            <w:rFonts w:ascii="Aptos" w:hAnsi="Aptos"/>
            <w:noProof/>
            <w:webHidden/>
          </w:rPr>
          <w:instrText xml:space="preserve"> PAGEREF _Toc207283911 \h </w:instrText>
        </w:r>
        <w:r w:rsidRPr="00BC5D46">
          <w:rPr>
            <w:rFonts w:ascii="Aptos" w:hAnsi="Aptos"/>
            <w:noProof/>
            <w:webHidden/>
          </w:rPr>
        </w:r>
        <w:r w:rsidRPr="00BC5D46">
          <w:rPr>
            <w:rFonts w:ascii="Aptos" w:hAnsi="Aptos"/>
            <w:noProof/>
            <w:webHidden/>
          </w:rPr>
          <w:fldChar w:fldCharType="separate"/>
        </w:r>
        <w:r w:rsidR="006F0B6C">
          <w:rPr>
            <w:rFonts w:ascii="Aptos" w:hAnsi="Aptos"/>
            <w:noProof/>
            <w:webHidden/>
          </w:rPr>
          <w:t>9</w:t>
        </w:r>
        <w:r w:rsidRPr="00BC5D46">
          <w:rPr>
            <w:rFonts w:ascii="Aptos" w:hAnsi="Aptos"/>
            <w:noProof/>
            <w:webHidden/>
          </w:rPr>
          <w:fldChar w:fldCharType="end"/>
        </w:r>
      </w:hyperlink>
    </w:p>
    <w:p w14:paraId="6A03E31D" w14:textId="1ADF2727" w:rsidR="00F41199" w:rsidRPr="00BC5D46" w:rsidRDefault="00F41199">
      <w:pPr>
        <w:pStyle w:val="TM2"/>
        <w:tabs>
          <w:tab w:val="right" w:leader="dot" w:pos="10214"/>
        </w:tabs>
        <w:rPr>
          <w:rFonts w:ascii="Aptos" w:hAnsi="Aptos"/>
          <w:noProof/>
          <w:kern w:val="2"/>
          <w:sz w:val="24"/>
          <w:szCs w:val="24"/>
          <w:lang w:val="fr-FR" w:eastAsia="fr-FR"/>
          <w14:ligatures w14:val="standardContextual"/>
        </w:rPr>
      </w:pPr>
      <w:hyperlink w:anchor="_Toc207283912" w:history="1">
        <w:r w:rsidRPr="00BC5D46">
          <w:rPr>
            <w:rStyle w:val="Lienhypertexte"/>
            <w:rFonts w:ascii="Aptos" w:hAnsi="Aptos"/>
            <w:noProof/>
          </w:rPr>
          <w:t>Volume Minimum</w:t>
        </w:r>
        <w:r w:rsidRPr="00BC5D46">
          <w:rPr>
            <w:rFonts w:ascii="Aptos" w:hAnsi="Aptos"/>
            <w:noProof/>
            <w:webHidden/>
          </w:rPr>
          <w:tab/>
        </w:r>
        <w:r w:rsidRPr="00BC5D46">
          <w:rPr>
            <w:rFonts w:ascii="Aptos" w:hAnsi="Aptos"/>
            <w:noProof/>
            <w:webHidden/>
          </w:rPr>
          <w:fldChar w:fldCharType="begin"/>
        </w:r>
        <w:r w:rsidRPr="00BC5D46">
          <w:rPr>
            <w:rFonts w:ascii="Aptos" w:hAnsi="Aptos"/>
            <w:noProof/>
            <w:webHidden/>
          </w:rPr>
          <w:instrText xml:space="preserve"> PAGEREF _Toc207283912 \h </w:instrText>
        </w:r>
        <w:r w:rsidRPr="00BC5D46">
          <w:rPr>
            <w:rFonts w:ascii="Aptos" w:hAnsi="Aptos"/>
            <w:noProof/>
            <w:webHidden/>
          </w:rPr>
        </w:r>
        <w:r w:rsidRPr="00BC5D46">
          <w:rPr>
            <w:rFonts w:ascii="Aptos" w:hAnsi="Aptos"/>
            <w:noProof/>
            <w:webHidden/>
          </w:rPr>
          <w:fldChar w:fldCharType="separate"/>
        </w:r>
        <w:r w:rsidR="006F0B6C">
          <w:rPr>
            <w:rFonts w:ascii="Aptos" w:hAnsi="Aptos"/>
            <w:noProof/>
            <w:webHidden/>
          </w:rPr>
          <w:t>9</w:t>
        </w:r>
        <w:r w:rsidRPr="00BC5D46">
          <w:rPr>
            <w:rFonts w:ascii="Aptos" w:hAnsi="Aptos"/>
            <w:noProof/>
            <w:webHidden/>
          </w:rPr>
          <w:fldChar w:fldCharType="end"/>
        </w:r>
      </w:hyperlink>
    </w:p>
    <w:p w14:paraId="322CBCDB" w14:textId="261CABBE" w:rsidR="00F41199" w:rsidRPr="00BC5D46" w:rsidRDefault="00F41199">
      <w:pPr>
        <w:pStyle w:val="TM2"/>
        <w:tabs>
          <w:tab w:val="right" w:leader="dot" w:pos="10214"/>
        </w:tabs>
        <w:rPr>
          <w:rFonts w:ascii="Aptos" w:hAnsi="Aptos"/>
          <w:noProof/>
          <w:kern w:val="2"/>
          <w:sz w:val="24"/>
          <w:szCs w:val="24"/>
          <w:lang w:val="fr-FR" w:eastAsia="fr-FR"/>
          <w14:ligatures w14:val="standardContextual"/>
        </w:rPr>
      </w:pPr>
      <w:hyperlink w:anchor="_Toc207283913" w:history="1">
        <w:r w:rsidRPr="00BC5D46">
          <w:rPr>
            <w:rStyle w:val="Lienhypertexte"/>
            <w:rFonts w:ascii="Aptos" w:hAnsi="Aptos"/>
            <w:noProof/>
          </w:rPr>
          <w:t>Transmitter Paused</w:t>
        </w:r>
        <w:r w:rsidRPr="00BC5D46">
          <w:rPr>
            <w:rFonts w:ascii="Aptos" w:hAnsi="Aptos"/>
            <w:noProof/>
            <w:webHidden/>
          </w:rPr>
          <w:tab/>
        </w:r>
        <w:r w:rsidRPr="00BC5D46">
          <w:rPr>
            <w:rFonts w:ascii="Aptos" w:hAnsi="Aptos"/>
            <w:noProof/>
            <w:webHidden/>
          </w:rPr>
          <w:fldChar w:fldCharType="begin"/>
        </w:r>
        <w:r w:rsidRPr="00BC5D46">
          <w:rPr>
            <w:rFonts w:ascii="Aptos" w:hAnsi="Aptos"/>
            <w:noProof/>
            <w:webHidden/>
          </w:rPr>
          <w:instrText xml:space="preserve"> PAGEREF _Toc207283913 \h </w:instrText>
        </w:r>
        <w:r w:rsidRPr="00BC5D46">
          <w:rPr>
            <w:rFonts w:ascii="Aptos" w:hAnsi="Aptos"/>
            <w:noProof/>
            <w:webHidden/>
          </w:rPr>
        </w:r>
        <w:r w:rsidRPr="00BC5D46">
          <w:rPr>
            <w:rFonts w:ascii="Aptos" w:hAnsi="Aptos"/>
            <w:noProof/>
            <w:webHidden/>
          </w:rPr>
          <w:fldChar w:fldCharType="separate"/>
        </w:r>
        <w:r w:rsidR="006F0B6C">
          <w:rPr>
            <w:rFonts w:ascii="Aptos" w:hAnsi="Aptos"/>
            <w:noProof/>
            <w:webHidden/>
          </w:rPr>
          <w:t>9</w:t>
        </w:r>
        <w:r w:rsidRPr="00BC5D46">
          <w:rPr>
            <w:rFonts w:ascii="Aptos" w:hAnsi="Aptos"/>
            <w:noProof/>
            <w:webHidden/>
          </w:rPr>
          <w:fldChar w:fldCharType="end"/>
        </w:r>
      </w:hyperlink>
    </w:p>
    <w:p w14:paraId="7955F7EB" w14:textId="4260F388" w:rsidR="00F41199" w:rsidRPr="00BC5D46" w:rsidRDefault="00F41199">
      <w:pPr>
        <w:pStyle w:val="TM2"/>
        <w:tabs>
          <w:tab w:val="right" w:leader="dot" w:pos="10214"/>
        </w:tabs>
        <w:rPr>
          <w:rFonts w:ascii="Aptos" w:hAnsi="Aptos"/>
          <w:noProof/>
          <w:kern w:val="2"/>
          <w:sz w:val="24"/>
          <w:szCs w:val="24"/>
          <w:lang w:val="fr-FR" w:eastAsia="fr-FR"/>
          <w14:ligatures w14:val="standardContextual"/>
        </w:rPr>
      </w:pPr>
      <w:hyperlink w:anchor="_Toc207283914" w:history="1">
        <w:r w:rsidRPr="00BC5D46">
          <w:rPr>
            <w:rStyle w:val="Lienhypertexte"/>
            <w:rFonts w:ascii="Aptos" w:hAnsi="Aptos"/>
            <w:noProof/>
          </w:rPr>
          <w:t>Charging/Discharging</w:t>
        </w:r>
        <w:r w:rsidRPr="00BC5D46">
          <w:rPr>
            <w:rFonts w:ascii="Aptos" w:hAnsi="Aptos"/>
            <w:noProof/>
            <w:webHidden/>
          </w:rPr>
          <w:tab/>
        </w:r>
        <w:r w:rsidRPr="00BC5D46">
          <w:rPr>
            <w:rFonts w:ascii="Aptos" w:hAnsi="Aptos"/>
            <w:noProof/>
            <w:webHidden/>
          </w:rPr>
          <w:fldChar w:fldCharType="begin"/>
        </w:r>
        <w:r w:rsidRPr="00BC5D46">
          <w:rPr>
            <w:rFonts w:ascii="Aptos" w:hAnsi="Aptos"/>
            <w:noProof/>
            <w:webHidden/>
          </w:rPr>
          <w:instrText xml:space="preserve"> PAGEREF _Toc207283914 \h </w:instrText>
        </w:r>
        <w:r w:rsidRPr="00BC5D46">
          <w:rPr>
            <w:rFonts w:ascii="Aptos" w:hAnsi="Aptos"/>
            <w:noProof/>
            <w:webHidden/>
          </w:rPr>
        </w:r>
        <w:r w:rsidRPr="00BC5D46">
          <w:rPr>
            <w:rFonts w:ascii="Aptos" w:hAnsi="Aptos"/>
            <w:noProof/>
            <w:webHidden/>
          </w:rPr>
          <w:fldChar w:fldCharType="separate"/>
        </w:r>
        <w:r w:rsidR="006F0B6C">
          <w:rPr>
            <w:rFonts w:ascii="Aptos" w:hAnsi="Aptos"/>
            <w:noProof/>
            <w:webHidden/>
          </w:rPr>
          <w:t>9</w:t>
        </w:r>
        <w:r w:rsidRPr="00BC5D46">
          <w:rPr>
            <w:rFonts w:ascii="Aptos" w:hAnsi="Aptos"/>
            <w:noProof/>
            <w:webHidden/>
          </w:rPr>
          <w:fldChar w:fldCharType="end"/>
        </w:r>
      </w:hyperlink>
    </w:p>
    <w:p w14:paraId="7214F4D2" w14:textId="6547E759" w:rsidR="00F41199" w:rsidRPr="00BC5D46" w:rsidRDefault="00F41199">
      <w:pPr>
        <w:pStyle w:val="TM2"/>
        <w:tabs>
          <w:tab w:val="right" w:leader="dot" w:pos="10214"/>
        </w:tabs>
        <w:rPr>
          <w:rFonts w:ascii="Aptos" w:hAnsi="Aptos"/>
          <w:noProof/>
          <w:kern w:val="2"/>
          <w:sz w:val="24"/>
          <w:szCs w:val="24"/>
          <w:lang w:val="fr-FR" w:eastAsia="fr-FR"/>
          <w14:ligatures w14:val="standardContextual"/>
        </w:rPr>
      </w:pPr>
      <w:hyperlink w:anchor="_Toc207283915" w:history="1">
        <w:r w:rsidRPr="00BC5D46">
          <w:rPr>
            <w:rStyle w:val="Lienhypertexte"/>
            <w:rFonts w:ascii="Aptos" w:hAnsi="Aptos"/>
            <w:noProof/>
          </w:rPr>
          <w:t>Low Battery (&lt;10%)</w:t>
        </w:r>
        <w:r w:rsidRPr="00BC5D46">
          <w:rPr>
            <w:rFonts w:ascii="Aptos" w:hAnsi="Aptos"/>
            <w:noProof/>
            <w:webHidden/>
          </w:rPr>
          <w:tab/>
        </w:r>
        <w:r w:rsidRPr="00BC5D46">
          <w:rPr>
            <w:rFonts w:ascii="Aptos" w:hAnsi="Aptos"/>
            <w:noProof/>
            <w:webHidden/>
          </w:rPr>
          <w:fldChar w:fldCharType="begin"/>
        </w:r>
        <w:r w:rsidRPr="00BC5D46">
          <w:rPr>
            <w:rFonts w:ascii="Aptos" w:hAnsi="Aptos"/>
            <w:noProof/>
            <w:webHidden/>
          </w:rPr>
          <w:instrText xml:space="preserve"> PAGEREF _Toc207283915 \h </w:instrText>
        </w:r>
        <w:r w:rsidRPr="00BC5D46">
          <w:rPr>
            <w:rFonts w:ascii="Aptos" w:hAnsi="Aptos"/>
            <w:noProof/>
            <w:webHidden/>
          </w:rPr>
        </w:r>
        <w:r w:rsidRPr="00BC5D46">
          <w:rPr>
            <w:rFonts w:ascii="Aptos" w:hAnsi="Aptos"/>
            <w:noProof/>
            <w:webHidden/>
          </w:rPr>
          <w:fldChar w:fldCharType="separate"/>
        </w:r>
        <w:r w:rsidR="006F0B6C">
          <w:rPr>
            <w:rFonts w:ascii="Aptos" w:hAnsi="Aptos"/>
            <w:noProof/>
            <w:webHidden/>
          </w:rPr>
          <w:t>10</w:t>
        </w:r>
        <w:r w:rsidRPr="00BC5D46">
          <w:rPr>
            <w:rFonts w:ascii="Aptos" w:hAnsi="Aptos"/>
            <w:noProof/>
            <w:webHidden/>
          </w:rPr>
          <w:fldChar w:fldCharType="end"/>
        </w:r>
      </w:hyperlink>
    </w:p>
    <w:p w14:paraId="2900FF45" w14:textId="4CD86015" w:rsidR="00F41199" w:rsidRPr="00BC5D46" w:rsidRDefault="00F41199">
      <w:pPr>
        <w:pStyle w:val="TM2"/>
        <w:tabs>
          <w:tab w:val="right" w:leader="dot" w:pos="10214"/>
        </w:tabs>
        <w:rPr>
          <w:rFonts w:ascii="Aptos" w:hAnsi="Aptos"/>
          <w:noProof/>
          <w:kern w:val="2"/>
          <w:sz w:val="24"/>
          <w:szCs w:val="24"/>
          <w:lang w:val="fr-FR" w:eastAsia="fr-FR"/>
          <w14:ligatures w14:val="standardContextual"/>
        </w:rPr>
      </w:pPr>
      <w:hyperlink w:anchor="_Toc207283916" w:history="1">
        <w:r w:rsidRPr="00BC5D46">
          <w:rPr>
            <w:rStyle w:val="Lienhypertexte"/>
            <w:rFonts w:ascii="Aptos" w:hAnsi="Aptos"/>
            <w:noProof/>
          </w:rPr>
          <w:t>Sleep</w:t>
        </w:r>
        <w:r w:rsidRPr="00BC5D46">
          <w:rPr>
            <w:rFonts w:ascii="Aptos" w:hAnsi="Aptos"/>
            <w:noProof/>
            <w:webHidden/>
          </w:rPr>
          <w:tab/>
        </w:r>
        <w:r w:rsidRPr="00BC5D46">
          <w:rPr>
            <w:rFonts w:ascii="Aptos" w:hAnsi="Aptos"/>
            <w:noProof/>
            <w:webHidden/>
          </w:rPr>
          <w:fldChar w:fldCharType="begin"/>
        </w:r>
        <w:r w:rsidRPr="00BC5D46">
          <w:rPr>
            <w:rFonts w:ascii="Aptos" w:hAnsi="Aptos"/>
            <w:noProof/>
            <w:webHidden/>
          </w:rPr>
          <w:instrText xml:space="preserve"> PAGEREF _Toc207283916 \h </w:instrText>
        </w:r>
        <w:r w:rsidRPr="00BC5D46">
          <w:rPr>
            <w:rFonts w:ascii="Aptos" w:hAnsi="Aptos"/>
            <w:noProof/>
            <w:webHidden/>
          </w:rPr>
        </w:r>
        <w:r w:rsidRPr="00BC5D46">
          <w:rPr>
            <w:rFonts w:ascii="Aptos" w:hAnsi="Aptos"/>
            <w:noProof/>
            <w:webHidden/>
          </w:rPr>
          <w:fldChar w:fldCharType="separate"/>
        </w:r>
        <w:r w:rsidR="006F0B6C">
          <w:rPr>
            <w:rFonts w:ascii="Aptos" w:hAnsi="Aptos"/>
            <w:noProof/>
            <w:webHidden/>
          </w:rPr>
          <w:t>10</w:t>
        </w:r>
        <w:r w:rsidRPr="00BC5D46">
          <w:rPr>
            <w:rFonts w:ascii="Aptos" w:hAnsi="Aptos"/>
            <w:noProof/>
            <w:webHidden/>
          </w:rPr>
          <w:fldChar w:fldCharType="end"/>
        </w:r>
      </w:hyperlink>
    </w:p>
    <w:p w14:paraId="264DD1F6" w14:textId="07DEA9FD" w:rsidR="00F41199" w:rsidRPr="00BC5D46" w:rsidRDefault="00F41199">
      <w:pPr>
        <w:pStyle w:val="TM2"/>
        <w:tabs>
          <w:tab w:val="right" w:leader="dot" w:pos="10214"/>
        </w:tabs>
        <w:rPr>
          <w:rFonts w:ascii="Aptos" w:hAnsi="Aptos"/>
          <w:noProof/>
          <w:kern w:val="2"/>
          <w:sz w:val="24"/>
          <w:szCs w:val="24"/>
          <w:lang w:val="fr-FR" w:eastAsia="fr-FR"/>
          <w14:ligatures w14:val="standardContextual"/>
        </w:rPr>
      </w:pPr>
      <w:hyperlink w:anchor="_Toc207283917" w:history="1">
        <w:r w:rsidRPr="00BC5D46">
          <w:rPr>
            <w:rStyle w:val="Lienhypertexte"/>
            <w:rFonts w:ascii="Aptos" w:hAnsi="Aptos"/>
            <w:noProof/>
          </w:rPr>
          <w:t>Deep Sleep</w:t>
        </w:r>
        <w:r w:rsidRPr="00BC5D46">
          <w:rPr>
            <w:rFonts w:ascii="Aptos" w:hAnsi="Aptos"/>
            <w:noProof/>
            <w:webHidden/>
          </w:rPr>
          <w:tab/>
        </w:r>
        <w:r w:rsidRPr="00BC5D46">
          <w:rPr>
            <w:rFonts w:ascii="Aptos" w:hAnsi="Aptos"/>
            <w:noProof/>
            <w:webHidden/>
          </w:rPr>
          <w:fldChar w:fldCharType="begin"/>
        </w:r>
        <w:r w:rsidRPr="00BC5D46">
          <w:rPr>
            <w:rFonts w:ascii="Aptos" w:hAnsi="Aptos"/>
            <w:noProof/>
            <w:webHidden/>
          </w:rPr>
          <w:instrText xml:space="preserve"> PAGEREF _Toc207283917 \h </w:instrText>
        </w:r>
        <w:r w:rsidRPr="00BC5D46">
          <w:rPr>
            <w:rFonts w:ascii="Aptos" w:hAnsi="Aptos"/>
            <w:noProof/>
            <w:webHidden/>
          </w:rPr>
        </w:r>
        <w:r w:rsidRPr="00BC5D46">
          <w:rPr>
            <w:rFonts w:ascii="Aptos" w:hAnsi="Aptos"/>
            <w:noProof/>
            <w:webHidden/>
          </w:rPr>
          <w:fldChar w:fldCharType="separate"/>
        </w:r>
        <w:r w:rsidR="006F0B6C">
          <w:rPr>
            <w:rFonts w:ascii="Aptos" w:hAnsi="Aptos"/>
            <w:noProof/>
            <w:webHidden/>
          </w:rPr>
          <w:t>11</w:t>
        </w:r>
        <w:r w:rsidRPr="00BC5D46">
          <w:rPr>
            <w:rFonts w:ascii="Aptos" w:hAnsi="Aptos"/>
            <w:noProof/>
            <w:webHidden/>
          </w:rPr>
          <w:fldChar w:fldCharType="end"/>
        </w:r>
      </w:hyperlink>
    </w:p>
    <w:p w14:paraId="127C8052" w14:textId="287E14F7" w:rsidR="00F41199" w:rsidRPr="00BC5D46" w:rsidRDefault="00F41199">
      <w:pPr>
        <w:pStyle w:val="TM1"/>
        <w:tabs>
          <w:tab w:val="right" w:leader="dot" w:pos="10214"/>
        </w:tabs>
        <w:rPr>
          <w:rFonts w:ascii="Aptos" w:hAnsi="Aptos"/>
          <w:noProof/>
          <w:kern w:val="2"/>
          <w:sz w:val="24"/>
          <w:szCs w:val="24"/>
          <w:lang w:val="fr-FR" w:eastAsia="fr-FR"/>
          <w14:ligatures w14:val="standardContextual"/>
        </w:rPr>
      </w:pPr>
      <w:hyperlink w:anchor="_Toc207283918" w:history="1">
        <w:r w:rsidRPr="00BC5D46">
          <w:rPr>
            <w:rStyle w:val="Lienhypertexte"/>
            <w:rFonts w:ascii="Aptos" w:hAnsi="Aptos"/>
            <w:noProof/>
          </w:rPr>
          <w:t>Troubleshooting (Quick Answers)</w:t>
        </w:r>
        <w:r w:rsidRPr="00BC5D46">
          <w:rPr>
            <w:rFonts w:ascii="Aptos" w:hAnsi="Aptos"/>
            <w:noProof/>
            <w:webHidden/>
          </w:rPr>
          <w:tab/>
        </w:r>
        <w:r w:rsidRPr="00BC5D46">
          <w:rPr>
            <w:rFonts w:ascii="Aptos" w:hAnsi="Aptos"/>
            <w:noProof/>
            <w:webHidden/>
          </w:rPr>
          <w:fldChar w:fldCharType="begin"/>
        </w:r>
        <w:r w:rsidRPr="00BC5D46">
          <w:rPr>
            <w:rFonts w:ascii="Aptos" w:hAnsi="Aptos"/>
            <w:noProof/>
            <w:webHidden/>
          </w:rPr>
          <w:instrText xml:space="preserve"> PAGEREF _Toc207283918 \h </w:instrText>
        </w:r>
        <w:r w:rsidRPr="00BC5D46">
          <w:rPr>
            <w:rFonts w:ascii="Aptos" w:hAnsi="Aptos"/>
            <w:noProof/>
            <w:webHidden/>
          </w:rPr>
        </w:r>
        <w:r w:rsidRPr="00BC5D46">
          <w:rPr>
            <w:rFonts w:ascii="Aptos" w:hAnsi="Aptos"/>
            <w:noProof/>
            <w:webHidden/>
          </w:rPr>
          <w:fldChar w:fldCharType="separate"/>
        </w:r>
        <w:r w:rsidR="006F0B6C">
          <w:rPr>
            <w:rFonts w:ascii="Aptos" w:hAnsi="Aptos"/>
            <w:noProof/>
            <w:webHidden/>
          </w:rPr>
          <w:t>11</w:t>
        </w:r>
        <w:r w:rsidRPr="00BC5D46">
          <w:rPr>
            <w:rFonts w:ascii="Aptos" w:hAnsi="Aptos"/>
            <w:noProof/>
            <w:webHidden/>
          </w:rPr>
          <w:fldChar w:fldCharType="end"/>
        </w:r>
      </w:hyperlink>
    </w:p>
    <w:p w14:paraId="45B99010" w14:textId="4D5374DF" w:rsidR="00114C23" w:rsidRPr="00BC5D46" w:rsidRDefault="00CE1EC0">
      <w:pPr>
        <w:rPr>
          <w:rFonts w:ascii="Aptos" w:hAnsi="Aptos"/>
        </w:rPr>
      </w:pPr>
      <w:r w:rsidRPr="00BC5D46">
        <w:rPr>
          <w:rFonts w:ascii="Aptos" w:hAnsi="Aptos"/>
        </w:rPr>
        <w:fldChar w:fldCharType="end"/>
      </w:r>
    </w:p>
    <w:p w14:paraId="419D7F65" w14:textId="77777777" w:rsidR="00F01A3D" w:rsidRPr="00BC5D46" w:rsidRDefault="00F01A3D">
      <w:pPr>
        <w:rPr>
          <w:rFonts w:ascii="Aptos" w:hAnsi="Aptos"/>
        </w:rPr>
      </w:pPr>
    </w:p>
    <w:p w14:paraId="1E60E348" w14:textId="77777777" w:rsidR="00F01A3D" w:rsidRPr="00BC5D46" w:rsidRDefault="00F01A3D" w:rsidP="00F01A3D">
      <w:pPr>
        <w:spacing w:before="360" w:after="80" w:line="240" w:lineRule="auto"/>
        <w:jc w:val="center"/>
        <w:textAlignment w:val="baseline"/>
        <w:rPr>
          <w:rFonts w:ascii="Aptos" w:eastAsia="Times New Roman" w:hAnsi="Aptos" w:cs="Times New Roman"/>
          <w:color w:val="0F4761"/>
          <w:sz w:val="24"/>
          <w:szCs w:val="24"/>
          <w:lang w:val="fr-FR" w:eastAsia="fr-FR"/>
        </w:rPr>
      </w:pPr>
      <w:r w:rsidRPr="00BC5D46">
        <w:rPr>
          <w:rFonts w:ascii="Aptos" w:eastAsia="Times New Roman" w:hAnsi="Aptos" w:cs="Times New Roman"/>
          <w:color w:val="0F4761"/>
          <w:sz w:val="40"/>
          <w:szCs w:val="40"/>
          <w:lang w:eastAsia="fr-FR"/>
        </w:rPr>
        <w:t>Revision</w:t>
      </w:r>
      <w:r w:rsidRPr="00BC5D46">
        <w:rPr>
          <w:rFonts w:ascii="Aptos" w:eastAsia="Times New Roman" w:hAnsi="Aptos" w:cs="Times New Roman"/>
          <w:color w:val="0F4761"/>
          <w:sz w:val="40"/>
          <w:szCs w:val="40"/>
          <w:lang w:val="fr-FR" w:eastAsia="fr-FR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5"/>
        <w:gridCol w:w="1275"/>
        <w:gridCol w:w="2910"/>
        <w:gridCol w:w="1440"/>
        <w:gridCol w:w="1635"/>
      </w:tblGrid>
      <w:tr w:rsidR="00F01A3D" w:rsidRPr="00BC5D46" w14:paraId="1CC625FE" w14:textId="77777777" w:rsidTr="00052754">
        <w:trPr>
          <w:trHeight w:val="300"/>
          <w:jc w:val="center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FC10A9" w14:textId="77777777" w:rsidR="00F01A3D" w:rsidRPr="00BC5D46" w:rsidRDefault="00F01A3D" w:rsidP="00F01A3D">
            <w:pPr>
              <w:spacing w:after="0" w:line="240" w:lineRule="auto"/>
              <w:textAlignment w:val="baseline"/>
              <w:rPr>
                <w:rFonts w:ascii="Aptos" w:eastAsia="Times New Roman" w:hAnsi="Aptos" w:cs="Times New Roman"/>
                <w:sz w:val="24"/>
                <w:szCs w:val="24"/>
                <w:lang w:val="fr-FR" w:eastAsia="fr-FR"/>
              </w:rPr>
            </w:pPr>
            <w:r w:rsidRPr="00BC5D46">
              <w:rPr>
                <w:rFonts w:ascii="Aptos" w:eastAsia="Times New Roman" w:hAnsi="Aptos" w:cs="Times New Roman"/>
                <w:b/>
                <w:bCs/>
                <w:sz w:val="24"/>
                <w:szCs w:val="24"/>
                <w:lang w:eastAsia="fr-FR"/>
              </w:rPr>
              <w:t>Autor</w:t>
            </w:r>
            <w:r w:rsidRPr="00BC5D46">
              <w:rPr>
                <w:rFonts w:ascii="Aptos" w:eastAsia="Times New Roman" w:hAnsi="Aptos" w:cs="Times New Roman"/>
                <w:sz w:val="24"/>
                <w:szCs w:val="24"/>
                <w:lang w:val="fr-FR" w:eastAsia="fr-FR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17CC28" w14:textId="77777777" w:rsidR="00F01A3D" w:rsidRPr="00BC5D46" w:rsidRDefault="00F01A3D" w:rsidP="00F01A3D">
            <w:pPr>
              <w:spacing w:after="0" w:line="240" w:lineRule="auto"/>
              <w:textAlignment w:val="baseline"/>
              <w:rPr>
                <w:rFonts w:ascii="Aptos" w:eastAsia="Times New Roman" w:hAnsi="Aptos" w:cs="Times New Roman"/>
                <w:sz w:val="24"/>
                <w:szCs w:val="24"/>
                <w:lang w:val="fr-FR" w:eastAsia="fr-FR"/>
              </w:rPr>
            </w:pPr>
            <w:r w:rsidRPr="00BC5D46">
              <w:rPr>
                <w:rFonts w:ascii="Aptos" w:eastAsia="Times New Roman" w:hAnsi="Aptos" w:cs="Times New Roman"/>
                <w:b/>
                <w:bCs/>
                <w:sz w:val="24"/>
                <w:szCs w:val="24"/>
                <w:lang w:eastAsia="fr-FR"/>
              </w:rPr>
              <w:t>Version</w:t>
            </w:r>
            <w:r w:rsidRPr="00BC5D46">
              <w:rPr>
                <w:rFonts w:ascii="Aptos" w:eastAsia="Times New Roman" w:hAnsi="Aptos" w:cs="Times New Roman"/>
                <w:sz w:val="24"/>
                <w:szCs w:val="24"/>
                <w:lang w:val="fr-FR" w:eastAsia="fr-FR"/>
              </w:rPr>
              <w:t> 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FFED2D" w14:textId="77777777" w:rsidR="00F01A3D" w:rsidRPr="00BC5D46" w:rsidRDefault="00F01A3D" w:rsidP="00F01A3D">
            <w:pPr>
              <w:spacing w:after="0" w:line="240" w:lineRule="auto"/>
              <w:textAlignment w:val="baseline"/>
              <w:rPr>
                <w:rFonts w:ascii="Aptos" w:eastAsia="Times New Roman" w:hAnsi="Aptos" w:cs="Times New Roman"/>
                <w:sz w:val="24"/>
                <w:szCs w:val="24"/>
                <w:lang w:val="fr-FR" w:eastAsia="fr-FR"/>
              </w:rPr>
            </w:pPr>
            <w:r w:rsidRPr="00BC5D46">
              <w:rPr>
                <w:rFonts w:ascii="Aptos" w:eastAsia="Times New Roman" w:hAnsi="Aptos" w:cs="Times New Roman"/>
                <w:b/>
                <w:bCs/>
                <w:sz w:val="24"/>
                <w:szCs w:val="24"/>
                <w:lang w:eastAsia="fr-FR"/>
              </w:rPr>
              <w:t>email</w:t>
            </w:r>
            <w:r w:rsidRPr="00BC5D46">
              <w:rPr>
                <w:rFonts w:ascii="Aptos" w:eastAsia="Times New Roman" w:hAnsi="Aptos" w:cs="Times New Roman"/>
                <w:sz w:val="24"/>
                <w:szCs w:val="24"/>
                <w:lang w:val="fr-FR" w:eastAsia="fr-FR"/>
              </w:rPr>
              <w:t> 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3ABE99" w14:textId="77777777" w:rsidR="00F01A3D" w:rsidRPr="00BC5D46" w:rsidRDefault="00F01A3D" w:rsidP="00F01A3D">
            <w:pPr>
              <w:spacing w:after="0" w:line="240" w:lineRule="auto"/>
              <w:textAlignment w:val="baseline"/>
              <w:rPr>
                <w:rFonts w:ascii="Aptos" w:eastAsia="Times New Roman" w:hAnsi="Aptos" w:cs="Times New Roman"/>
                <w:sz w:val="24"/>
                <w:szCs w:val="24"/>
                <w:lang w:val="fr-FR" w:eastAsia="fr-FR"/>
              </w:rPr>
            </w:pPr>
            <w:r w:rsidRPr="00BC5D46">
              <w:rPr>
                <w:rFonts w:ascii="Aptos" w:eastAsia="Times New Roman" w:hAnsi="Aptos" w:cs="Times New Roman"/>
                <w:b/>
                <w:bCs/>
                <w:sz w:val="24"/>
                <w:szCs w:val="24"/>
                <w:lang w:eastAsia="fr-FR"/>
              </w:rPr>
              <w:t>Date</w:t>
            </w:r>
            <w:r w:rsidRPr="00BC5D46">
              <w:rPr>
                <w:rFonts w:ascii="Aptos" w:eastAsia="Times New Roman" w:hAnsi="Aptos" w:cs="Times New Roman"/>
                <w:sz w:val="24"/>
                <w:szCs w:val="24"/>
                <w:lang w:val="fr-FR" w:eastAsia="fr-FR"/>
              </w:rPr>
              <w:t> 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AED8F6" w14:textId="77777777" w:rsidR="00F01A3D" w:rsidRPr="00BC5D46" w:rsidRDefault="00F01A3D" w:rsidP="00F01A3D">
            <w:pPr>
              <w:spacing w:after="0" w:line="240" w:lineRule="auto"/>
              <w:textAlignment w:val="baseline"/>
              <w:rPr>
                <w:rFonts w:ascii="Aptos" w:eastAsia="Times New Roman" w:hAnsi="Aptos" w:cs="Times New Roman"/>
                <w:sz w:val="24"/>
                <w:szCs w:val="24"/>
                <w:lang w:val="fr-FR" w:eastAsia="fr-FR"/>
              </w:rPr>
            </w:pPr>
            <w:r w:rsidRPr="00BC5D46">
              <w:rPr>
                <w:rFonts w:ascii="Aptos" w:eastAsia="Times New Roman" w:hAnsi="Aptos" w:cs="Times New Roman"/>
                <w:b/>
                <w:bCs/>
                <w:sz w:val="24"/>
                <w:szCs w:val="24"/>
                <w:lang w:eastAsia="fr-FR"/>
              </w:rPr>
              <w:t>Comment</w:t>
            </w:r>
            <w:r w:rsidRPr="00BC5D46">
              <w:rPr>
                <w:rFonts w:ascii="Aptos" w:eastAsia="Times New Roman" w:hAnsi="Aptos" w:cs="Times New Roman"/>
                <w:sz w:val="24"/>
                <w:szCs w:val="24"/>
                <w:lang w:val="fr-FR" w:eastAsia="fr-FR"/>
              </w:rPr>
              <w:t> </w:t>
            </w:r>
          </w:p>
        </w:tc>
      </w:tr>
      <w:tr w:rsidR="00F01A3D" w:rsidRPr="00BC5D46" w14:paraId="27B201D5" w14:textId="77777777" w:rsidTr="00052754">
        <w:trPr>
          <w:trHeight w:val="300"/>
          <w:jc w:val="center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AC45D4" w14:textId="37CBDD27" w:rsidR="00F01A3D" w:rsidRPr="00BC5D46" w:rsidRDefault="00264B99" w:rsidP="00F01A3D">
            <w:pPr>
              <w:spacing w:after="0" w:line="240" w:lineRule="auto"/>
              <w:textAlignment w:val="baseline"/>
              <w:rPr>
                <w:rFonts w:ascii="Aptos" w:eastAsia="Times New Roman" w:hAnsi="Aptos" w:cs="Times New Roman"/>
                <w:sz w:val="24"/>
                <w:szCs w:val="24"/>
                <w:lang w:val="fr-FR" w:eastAsia="fr-FR"/>
              </w:rPr>
            </w:pPr>
            <w:r w:rsidRPr="00BC5D46">
              <w:rPr>
                <w:rFonts w:ascii="Aptos" w:eastAsia="Times New Roman" w:hAnsi="Aptos" w:cs="Times New Roman"/>
                <w:lang w:eastAsia="fr-FR"/>
              </w:rPr>
              <w:t>Ulrich</w:t>
            </w:r>
            <w:r w:rsidR="00D638D7" w:rsidRPr="00BC5D46">
              <w:rPr>
                <w:rFonts w:ascii="Aptos" w:eastAsia="Times New Roman" w:hAnsi="Aptos" w:cs="Times New Roman"/>
                <w:lang w:eastAsia="fr-FR"/>
              </w:rPr>
              <w:t xml:space="preserve"> PARE</w:t>
            </w:r>
            <w:r w:rsidR="00F01A3D" w:rsidRPr="00BC5D46">
              <w:rPr>
                <w:rFonts w:ascii="Aptos" w:eastAsia="Times New Roman" w:hAnsi="Aptos" w:cs="Times New Roman"/>
                <w:lang w:val="fr-FR" w:eastAsia="fr-FR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FFDDF1" w14:textId="77777777" w:rsidR="00F01A3D" w:rsidRPr="00BC5D46" w:rsidRDefault="00F01A3D" w:rsidP="00F01A3D">
            <w:pPr>
              <w:spacing w:after="0" w:line="240" w:lineRule="auto"/>
              <w:textAlignment w:val="baseline"/>
              <w:rPr>
                <w:rFonts w:ascii="Aptos" w:eastAsia="Times New Roman" w:hAnsi="Aptos" w:cs="Times New Roman"/>
                <w:sz w:val="24"/>
                <w:szCs w:val="24"/>
                <w:lang w:val="fr-FR" w:eastAsia="fr-FR"/>
              </w:rPr>
            </w:pPr>
            <w:r w:rsidRPr="00BC5D46">
              <w:rPr>
                <w:rFonts w:ascii="Aptos" w:eastAsia="Times New Roman" w:hAnsi="Aptos" w:cs="Times New Roman"/>
                <w:lang w:eastAsia="fr-FR"/>
              </w:rPr>
              <w:t>1.0.0</w:t>
            </w:r>
            <w:r w:rsidRPr="00BC5D46">
              <w:rPr>
                <w:rFonts w:ascii="Aptos" w:eastAsia="Times New Roman" w:hAnsi="Aptos" w:cs="Times New Roman"/>
                <w:lang w:val="fr-FR" w:eastAsia="fr-FR"/>
              </w:rPr>
              <w:t> 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F206D9" w14:textId="489CAA7C" w:rsidR="00F01A3D" w:rsidRPr="00BC5D46" w:rsidRDefault="00D638D7" w:rsidP="00D638D7">
            <w:pPr>
              <w:spacing w:after="0" w:line="240" w:lineRule="auto"/>
              <w:jc w:val="center"/>
              <w:textAlignment w:val="baseline"/>
              <w:rPr>
                <w:rFonts w:ascii="Aptos" w:eastAsia="Times New Roman" w:hAnsi="Aptos" w:cs="Times New Roman"/>
                <w:sz w:val="24"/>
                <w:szCs w:val="24"/>
                <w:lang w:val="fr-FR" w:eastAsia="fr-FR"/>
              </w:rPr>
            </w:pPr>
            <w:r w:rsidRPr="00BC5D46">
              <w:rPr>
                <w:rFonts w:ascii="Aptos" w:hAnsi="Aptos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FD7153" w14:textId="50C8191C" w:rsidR="00F01A3D" w:rsidRPr="00BC5D46" w:rsidRDefault="00D638D7" w:rsidP="00F01A3D">
            <w:pPr>
              <w:spacing w:after="0" w:line="240" w:lineRule="auto"/>
              <w:textAlignment w:val="baseline"/>
              <w:rPr>
                <w:rFonts w:ascii="Aptos" w:eastAsia="Times New Roman" w:hAnsi="Aptos" w:cs="Times New Roman"/>
                <w:sz w:val="24"/>
                <w:szCs w:val="24"/>
                <w:lang w:val="fr-FR" w:eastAsia="fr-FR"/>
              </w:rPr>
            </w:pPr>
            <w:r w:rsidRPr="00BC5D46">
              <w:rPr>
                <w:rFonts w:ascii="Aptos" w:eastAsia="Times New Roman" w:hAnsi="Aptos" w:cs="Times New Roman"/>
                <w:lang w:eastAsia="fr-FR"/>
              </w:rPr>
              <w:t>28</w:t>
            </w:r>
            <w:r w:rsidR="00F01A3D" w:rsidRPr="00BC5D46">
              <w:rPr>
                <w:rFonts w:ascii="Aptos" w:eastAsia="Times New Roman" w:hAnsi="Aptos" w:cs="Times New Roman"/>
                <w:lang w:eastAsia="fr-FR"/>
              </w:rPr>
              <w:t>/0</w:t>
            </w:r>
            <w:r w:rsidRPr="00BC5D46">
              <w:rPr>
                <w:rFonts w:ascii="Aptos" w:eastAsia="Times New Roman" w:hAnsi="Aptos" w:cs="Times New Roman"/>
                <w:lang w:eastAsia="fr-FR"/>
              </w:rPr>
              <w:t>8</w:t>
            </w:r>
            <w:r w:rsidR="00F01A3D" w:rsidRPr="00BC5D46">
              <w:rPr>
                <w:rFonts w:ascii="Aptos" w:eastAsia="Times New Roman" w:hAnsi="Aptos" w:cs="Times New Roman"/>
                <w:lang w:eastAsia="fr-FR"/>
              </w:rPr>
              <w:t>/2025</w:t>
            </w:r>
            <w:r w:rsidR="00F01A3D" w:rsidRPr="00BC5D46">
              <w:rPr>
                <w:rFonts w:ascii="Aptos" w:eastAsia="Times New Roman" w:hAnsi="Aptos" w:cs="Times New Roman"/>
                <w:lang w:val="fr-FR" w:eastAsia="fr-FR"/>
              </w:rPr>
              <w:t> 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F1435D" w14:textId="77777777" w:rsidR="00F01A3D" w:rsidRPr="00BC5D46" w:rsidRDefault="00F01A3D" w:rsidP="00F01A3D">
            <w:pPr>
              <w:spacing w:after="0" w:line="240" w:lineRule="auto"/>
              <w:textAlignment w:val="baseline"/>
              <w:rPr>
                <w:rFonts w:ascii="Aptos" w:eastAsia="Times New Roman" w:hAnsi="Aptos" w:cs="Times New Roman"/>
                <w:sz w:val="24"/>
                <w:szCs w:val="24"/>
                <w:lang w:val="fr-FR" w:eastAsia="fr-FR"/>
              </w:rPr>
            </w:pPr>
            <w:r w:rsidRPr="00BC5D46">
              <w:rPr>
                <w:rFonts w:ascii="Aptos" w:eastAsia="Times New Roman" w:hAnsi="Aptos" w:cs="Times New Roman"/>
                <w:lang w:eastAsia="fr-FR"/>
              </w:rPr>
              <w:t>First revision</w:t>
            </w:r>
            <w:r w:rsidRPr="00BC5D46">
              <w:rPr>
                <w:rFonts w:ascii="Aptos" w:eastAsia="Times New Roman" w:hAnsi="Aptos" w:cs="Times New Roman"/>
                <w:lang w:val="fr-FR" w:eastAsia="fr-FR"/>
              </w:rPr>
              <w:t> </w:t>
            </w:r>
          </w:p>
        </w:tc>
      </w:tr>
    </w:tbl>
    <w:p w14:paraId="294A68A1" w14:textId="728B9ABC" w:rsidR="00F01A3D" w:rsidRPr="00BC5D46" w:rsidRDefault="00052754">
      <w:pPr>
        <w:rPr>
          <w:rFonts w:ascii="Aptos" w:hAnsi="Aptos"/>
        </w:rPr>
      </w:pPr>
      <w:r w:rsidRPr="00BC5D46">
        <w:rPr>
          <w:rFonts w:ascii="Aptos" w:hAnsi="Aptos"/>
        </w:rPr>
        <w:tab/>
      </w:r>
    </w:p>
    <w:p w14:paraId="6148F56A" w14:textId="77777777" w:rsidR="00F01A3D" w:rsidRPr="00BC5D46" w:rsidRDefault="00F01A3D">
      <w:pPr>
        <w:rPr>
          <w:rFonts w:ascii="Aptos" w:hAnsi="Aptos"/>
        </w:rPr>
      </w:pPr>
    </w:p>
    <w:p w14:paraId="331ED1AB" w14:textId="77777777" w:rsidR="00F01A3D" w:rsidRPr="00BC5D46" w:rsidRDefault="00F01A3D">
      <w:pPr>
        <w:rPr>
          <w:rFonts w:ascii="Aptos" w:hAnsi="Aptos"/>
        </w:rPr>
      </w:pPr>
    </w:p>
    <w:p w14:paraId="5F6E8625" w14:textId="77777777" w:rsidR="00F01A3D" w:rsidRPr="00BC5D46" w:rsidRDefault="00F01A3D">
      <w:pPr>
        <w:rPr>
          <w:rFonts w:ascii="Aptos" w:hAnsi="Aptos"/>
        </w:rPr>
      </w:pPr>
    </w:p>
    <w:p w14:paraId="5250B6D4" w14:textId="77777777" w:rsidR="00F41199" w:rsidRPr="00BC5D46" w:rsidRDefault="00F41199">
      <w:pPr>
        <w:rPr>
          <w:rFonts w:ascii="Aptos" w:hAnsi="Aptos"/>
        </w:rPr>
      </w:pPr>
    </w:p>
    <w:p w14:paraId="064C0C68" w14:textId="6A86572F" w:rsidR="00F01A3D" w:rsidRPr="00BC5D46" w:rsidRDefault="00F01A3D">
      <w:pPr>
        <w:rPr>
          <w:rFonts w:ascii="Aptos" w:hAnsi="Aptos"/>
        </w:rPr>
      </w:pPr>
    </w:p>
    <w:p w14:paraId="260A7AD9" w14:textId="77777777" w:rsidR="005D15B7" w:rsidRDefault="005D15B7">
      <w:pPr>
        <w:pStyle w:val="Titre1"/>
        <w:rPr>
          <w:rFonts w:ascii="Aptos" w:hAnsi="Aptos"/>
        </w:rPr>
      </w:pPr>
      <w:bookmarkStart w:id="1" w:name="_Toc207283903"/>
    </w:p>
    <w:p w14:paraId="7AD89DF6" w14:textId="7B178E6D" w:rsidR="00114C23" w:rsidRPr="00BC5D46" w:rsidRDefault="00CE1EC0">
      <w:pPr>
        <w:pStyle w:val="Titre1"/>
        <w:rPr>
          <w:rFonts w:ascii="Aptos" w:hAnsi="Aptos"/>
        </w:rPr>
      </w:pPr>
      <w:r w:rsidRPr="00BC5D46">
        <w:rPr>
          <w:rFonts w:ascii="Aptos" w:hAnsi="Aptos"/>
        </w:rPr>
        <w:t>Overview</w:t>
      </w:r>
      <w:bookmarkEnd w:id="1"/>
    </w:p>
    <w:p w14:paraId="630DA32F" w14:textId="09A4583E" w:rsidR="00114C23" w:rsidRPr="00BC5D46" w:rsidRDefault="00CE1EC0">
      <w:pPr>
        <w:rPr>
          <w:rFonts w:ascii="Aptos" w:hAnsi="Aptos"/>
        </w:rPr>
      </w:pPr>
      <w:proofErr w:type="spellStart"/>
      <w:r w:rsidRPr="00BC5D46">
        <w:rPr>
          <w:rFonts w:ascii="Aptos" w:hAnsi="Aptos"/>
        </w:rPr>
        <w:t>AuraSTRX</w:t>
      </w:r>
      <w:proofErr w:type="spellEnd"/>
      <w:r w:rsidRPr="00BC5D46">
        <w:rPr>
          <w:rFonts w:ascii="Aptos" w:hAnsi="Aptos"/>
        </w:rPr>
        <w:t xml:space="preserve"> is a wireless audio stream receiver designed for quick, reliable listening in public or private spaces. The UI keeps key info visible: volume, battery (%), signal strength, and play/pause. Contextual alert </w:t>
      </w:r>
      <w:r w:rsidR="00B03983" w:rsidRPr="00BC5D46">
        <w:rPr>
          <w:rFonts w:ascii="Aptos" w:hAnsi="Aptos"/>
        </w:rPr>
        <w:t>banners appear</w:t>
      </w:r>
      <w:r w:rsidRPr="00BC5D46">
        <w:rPr>
          <w:rFonts w:ascii="Aptos" w:hAnsi="Aptos"/>
        </w:rPr>
        <w:t xml:space="preserve"> when action is needed (weak signal, transmitter pause, volume minimum, connection issues).</w:t>
      </w:r>
    </w:p>
    <w:p w14:paraId="1D3A3877" w14:textId="7B0EB9B3" w:rsidR="00114C23" w:rsidRPr="00BC5D46" w:rsidRDefault="002B3085">
      <w:pPr>
        <w:rPr>
          <w:rFonts w:ascii="Aptos" w:hAnsi="Aptos"/>
        </w:rPr>
      </w:pPr>
      <w:r w:rsidRPr="00BC5D46">
        <w:rPr>
          <w:rFonts w:ascii="Aptos" w:hAnsi="Aptos"/>
          <w:noProof/>
        </w:rPr>
        <w:drawing>
          <wp:anchor distT="0" distB="0" distL="114300" distR="114300" simplePos="0" relativeHeight="251488768" behindDoc="0" locked="0" layoutInCell="1" allowOverlap="1" wp14:anchorId="6CEE638C" wp14:editId="3B5AD70C">
            <wp:simplePos x="0" y="0"/>
            <wp:positionH relativeFrom="column">
              <wp:posOffset>445135</wp:posOffset>
            </wp:positionH>
            <wp:positionV relativeFrom="paragraph">
              <wp:posOffset>318721</wp:posOffset>
            </wp:positionV>
            <wp:extent cx="5826916" cy="2377440"/>
            <wp:effectExtent l="0" t="0" r="2540" b="3810"/>
            <wp:wrapNone/>
            <wp:docPr id="817130063" name="Image 6" descr="EN. | Lucas Casteln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EN. | Lucas Castelnau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7" t="23501" r="10378" b="17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916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32578" w14:textId="16D66BFC" w:rsidR="00052754" w:rsidRPr="00BC5D46" w:rsidRDefault="004D1F29" w:rsidP="00052754">
      <w:pPr>
        <w:rPr>
          <w:rFonts w:ascii="Aptos" w:hAnsi="Aptos" w:cs="Segoe UI Symbol"/>
          <w:iCs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0627E78C" wp14:editId="547936A0">
                <wp:simplePos x="0" y="0"/>
                <wp:positionH relativeFrom="column">
                  <wp:posOffset>1786206</wp:posOffset>
                </wp:positionH>
                <wp:positionV relativeFrom="paragraph">
                  <wp:posOffset>277495</wp:posOffset>
                </wp:positionV>
                <wp:extent cx="553085" cy="271780"/>
                <wp:effectExtent l="0" t="0" r="0" b="0"/>
                <wp:wrapNone/>
                <wp:docPr id="645425231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8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DE3CCB" w14:textId="4FF358B9" w:rsidR="002B3085" w:rsidRPr="005B278A" w:rsidRDefault="002B3085" w:rsidP="002B30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78A">
                              <w:rPr>
                                <w:sz w:val="16"/>
                                <w:szCs w:val="16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7E78C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140.65pt;margin-top:21.85pt;width:43.55pt;height:21.4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" filled="f" stroked="f" strokeweight=".5pt">
                <v:textbox>
                  <w:txbxContent>
                    <w:p w14:paraId="7BDE3CCB" w14:textId="4FF358B9" w:rsidR="002B3085" w:rsidRPr="005B278A" w:rsidRDefault="002B3085" w:rsidP="002B3085">
                      <w:pPr>
                        <w:rPr>
                          <w:sz w:val="16"/>
                          <w:szCs w:val="16"/>
                        </w:rPr>
                      </w:pPr>
                      <w:r w:rsidRPr="005B278A">
                        <w:rPr>
                          <w:sz w:val="16"/>
                          <w:szCs w:val="16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2B3085"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5BE8FA81" wp14:editId="3AF95832">
                <wp:simplePos x="0" y="0"/>
                <wp:positionH relativeFrom="column">
                  <wp:posOffset>4968240</wp:posOffset>
                </wp:positionH>
                <wp:positionV relativeFrom="paragraph">
                  <wp:posOffset>309831</wp:posOffset>
                </wp:positionV>
                <wp:extent cx="256540" cy="271780"/>
                <wp:effectExtent l="0" t="0" r="0" b="0"/>
                <wp:wrapNone/>
                <wp:docPr id="27462876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4522E" w14:textId="77777777" w:rsidR="002B3085" w:rsidRPr="002B3085" w:rsidRDefault="002B3085" w:rsidP="002B3085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B308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8FA81" id="_x0000_s1027" type="#_x0000_t202" style="position:absolute;margin-left:391.2pt;margin-top:24.4pt;width:20.2pt;height:21.4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" filled="f" stroked="f" strokeweight=".5pt">
                <v:textbox>
                  <w:txbxContent>
                    <w:p w14:paraId="3EF4522E" w14:textId="77777777" w:rsidR="002B3085" w:rsidRPr="002B3085" w:rsidRDefault="002B3085" w:rsidP="002B3085">
                      <w:pPr>
                        <w:rPr>
                          <w:color w:val="000000" w:themeColor="text1"/>
                          <w:sz w:val="10"/>
                          <w:szCs w:val="10"/>
                        </w:rPr>
                      </w:pPr>
                      <w:r w:rsidRPr="002B3085">
                        <w:rPr>
                          <w:color w:val="000000" w:themeColor="text1"/>
                          <w:sz w:val="16"/>
                          <w:szCs w:val="16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</w:p>
    <w:p w14:paraId="6B71F0AB" w14:textId="21884AA4" w:rsidR="00052754" w:rsidRPr="00BC5D46" w:rsidRDefault="004D1F29">
      <w:pPr>
        <w:jc w:val="center"/>
        <w:rPr>
          <w:rFonts w:ascii="Aptos" w:hAnsi="Aptos" w:cs="Segoe UI Symbol"/>
          <w:i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77DA065F" wp14:editId="416CF2F5">
                <wp:simplePos x="0" y="0"/>
                <wp:positionH relativeFrom="column">
                  <wp:posOffset>1772969</wp:posOffset>
                </wp:positionH>
                <wp:positionV relativeFrom="paragraph">
                  <wp:posOffset>317500</wp:posOffset>
                </wp:positionV>
                <wp:extent cx="256540" cy="271780"/>
                <wp:effectExtent l="0" t="0" r="0" b="0"/>
                <wp:wrapNone/>
                <wp:docPr id="253553281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64B4D" w14:textId="77777777" w:rsidR="002B3085" w:rsidRPr="00733EEC" w:rsidRDefault="002B3085" w:rsidP="002B3085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733EEC">
                              <w:rPr>
                                <w:sz w:val="16"/>
                                <w:szCs w:val="16"/>
                              </w:rPr>
                              <w:t>①</w:t>
                            </w:r>
                          </w:p>
                          <w:p w14:paraId="30139F97" w14:textId="77777777" w:rsidR="002B3085" w:rsidRDefault="002B3085" w:rsidP="002B30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A065F" id="_x0000_s1028" type="#_x0000_t202" style="position:absolute;left:0;text-align:left;margin-left:139.6pt;margin-top:25pt;width:20.2pt;height:21.4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" filled="f" stroked="f" strokeweight=".5pt">
                <v:textbox>
                  <w:txbxContent>
                    <w:p w14:paraId="58D64B4D" w14:textId="77777777" w:rsidR="002B3085" w:rsidRPr="00733EEC" w:rsidRDefault="002B3085" w:rsidP="002B3085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733EEC">
                        <w:rPr>
                          <w:sz w:val="16"/>
                          <w:szCs w:val="16"/>
                        </w:rPr>
                        <w:t>①</w:t>
                      </w:r>
                    </w:p>
                    <w:p w14:paraId="30139F97" w14:textId="77777777" w:rsidR="002B3085" w:rsidRDefault="002B3085" w:rsidP="002B3085"/>
                  </w:txbxContent>
                </v:textbox>
              </v:shape>
            </w:pict>
          </mc:Fallback>
        </mc:AlternateContent>
      </w:r>
      <w:r w:rsidRPr="00BC5D46">
        <w:rPr>
          <w:rFonts w:ascii="Aptos" w:hAnsi="Aptos" w:cs="Segoe UI Symbol"/>
          <w:i/>
          <w:noProof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4842C984" wp14:editId="14AC0F76">
                <wp:simplePos x="0" y="0"/>
                <wp:positionH relativeFrom="column">
                  <wp:posOffset>1557069</wp:posOffset>
                </wp:positionH>
                <wp:positionV relativeFrom="paragraph">
                  <wp:posOffset>41910</wp:posOffset>
                </wp:positionV>
                <wp:extent cx="276225" cy="0"/>
                <wp:effectExtent l="38100" t="76200" r="0" b="95250"/>
                <wp:wrapNone/>
                <wp:docPr id="870937480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0F5EC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122.6pt;margin-top:3.3pt;width:21.75pt;height:0;flip:x;z-index:2514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" strokecolor="gray [1629]">
                <v:stroke endarrow="block"/>
              </v:shape>
            </w:pict>
          </mc:Fallback>
        </mc:AlternateContent>
      </w:r>
      <w:r w:rsidRPr="00BC5D46">
        <w:rPr>
          <w:rFonts w:ascii="Aptos" w:hAnsi="Aptos" w:cs="Segoe UI Symbol"/>
          <w:i/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1DB15B53" wp14:editId="042C8EA1">
                <wp:simplePos x="0" y="0"/>
                <wp:positionH relativeFrom="column">
                  <wp:posOffset>1550670</wp:posOffset>
                </wp:positionH>
                <wp:positionV relativeFrom="paragraph">
                  <wp:posOffset>178484</wp:posOffset>
                </wp:positionV>
                <wp:extent cx="276225" cy="0"/>
                <wp:effectExtent l="38100" t="76200" r="0" b="95250"/>
                <wp:wrapNone/>
                <wp:docPr id="1884764213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BF6EA3" id="Connecteur droit avec flèche 10" o:spid="_x0000_s1026" type="#_x0000_t32" style="position:absolute;margin-left:122.1pt;margin-top:14.05pt;width:21.75pt;height:0;flip:x;z-index:2514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" strokecolor="gray [1629]">
                <v:stroke endarrow="block"/>
              </v:shape>
            </w:pict>
          </mc:Fallback>
        </mc:AlternateContent>
      </w: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575DE28A" wp14:editId="433BFA57">
                <wp:simplePos x="0" y="0"/>
                <wp:positionH relativeFrom="column">
                  <wp:posOffset>1786304</wp:posOffset>
                </wp:positionH>
                <wp:positionV relativeFrom="paragraph">
                  <wp:posOffset>76835</wp:posOffset>
                </wp:positionV>
                <wp:extent cx="330590" cy="271780"/>
                <wp:effectExtent l="0" t="0" r="0" b="0"/>
                <wp:wrapNone/>
                <wp:docPr id="1732327098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9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71DAE" w14:textId="6DB82460" w:rsidR="002B3085" w:rsidRPr="005B278A" w:rsidRDefault="002B3085" w:rsidP="002B30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78A">
                              <w:rPr>
                                <w:sz w:val="16"/>
                                <w:szCs w:val="16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DE28A" id="_x0000_s1029" type="#_x0000_t202" style="position:absolute;left:0;text-align:left;margin-left:140.65pt;margin-top:6.05pt;width:26.05pt;height:21.4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Q1MGgIAADI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" filled="f" stroked="f" strokeweight=".5pt">
                <v:textbox>
                  <w:txbxContent>
                    <w:p w14:paraId="18171DAE" w14:textId="6DB82460" w:rsidR="002B3085" w:rsidRPr="005B278A" w:rsidRDefault="002B3085" w:rsidP="002B3085">
                      <w:pPr>
                        <w:rPr>
                          <w:sz w:val="16"/>
                          <w:szCs w:val="16"/>
                        </w:rPr>
                      </w:pPr>
                      <w:r w:rsidRPr="005B278A">
                        <w:rPr>
                          <w:sz w:val="16"/>
                          <w:szCs w:val="16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Pr="00BC5D46">
        <w:rPr>
          <w:rFonts w:ascii="Aptos" w:hAnsi="Aptos" w:cs="Segoe UI Symbol"/>
          <w:i/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034F01FF" wp14:editId="04A4362C">
                <wp:simplePos x="0" y="0"/>
                <wp:positionH relativeFrom="column">
                  <wp:posOffset>4672916</wp:posOffset>
                </wp:positionH>
                <wp:positionV relativeFrom="paragraph">
                  <wp:posOffset>79375</wp:posOffset>
                </wp:positionV>
                <wp:extent cx="342265" cy="0"/>
                <wp:effectExtent l="38100" t="76200" r="0" b="95250"/>
                <wp:wrapNone/>
                <wp:docPr id="34037944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26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06F7A2" id="Connecteur droit avec flèche 14" o:spid="_x0000_s1026" type="#_x0000_t32" style="position:absolute;margin-left:367.95pt;margin-top:6.25pt;width:26.95pt;height:0;flip:x;z-index:2514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" strokecolor="gray [1629]">
                <v:stroke endarrow="block"/>
              </v:shape>
            </w:pict>
          </mc:Fallback>
        </mc:AlternateContent>
      </w:r>
    </w:p>
    <w:p w14:paraId="668CF5BA" w14:textId="15846306" w:rsidR="00052754" w:rsidRPr="00BC5D46" w:rsidRDefault="002B3085">
      <w:pPr>
        <w:jc w:val="center"/>
        <w:rPr>
          <w:rFonts w:ascii="Aptos" w:hAnsi="Aptos" w:cs="Segoe UI Symbol"/>
          <w:i/>
        </w:rPr>
      </w:pPr>
      <w:r w:rsidRPr="00BC5D46">
        <w:rPr>
          <w:rFonts w:ascii="Aptos" w:hAnsi="Aptos" w:cs="Segoe UI Symbol"/>
          <w:i/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667C3816" wp14:editId="64381B38">
                <wp:simplePos x="0" y="0"/>
                <wp:positionH relativeFrom="column">
                  <wp:posOffset>1567864</wp:posOffset>
                </wp:positionH>
                <wp:positionV relativeFrom="paragraph">
                  <wp:posOffset>83820</wp:posOffset>
                </wp:positionV>
                <wp:extent cx="259391" cy="0"/>
                <wp:effectExtent l="38100" t="76200" r="0" b="95250"/>
                <wp:wrapNone/>
                <wp:docPr id="2144741221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39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A4C5F6" id="Connecteur droit avec flèche 9" o:spid="_x0000_s1026" type="#_x0000_t32" style="position:absolute;margin-left:123.45pt;margin-top:6.6pt;width:20.4pt;height:0;flip:x;z-index:2514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" strokecolor="gray [1629]">
                <v:stroke endarrow="block"/>
              </v:shape>
            </w:pict>
          </mc:Fallback>
        </mc:AlternateContent>
      </w:r>
    </w:p>
    <w:p w14:paraId="6535EAD7" w14:textId="13D19EE6" w:rsidR="00052754" w:rsidRPr="00BC5D46" w:rsidRDefault="00052754">
      <w:pPr>
        <w:jc w:val="center"/>
        <w:rPr>
          <w:rFonts w:ascii="Aptos" w:hAnsi="Aptos" w:cs="Segoe UI Symbol"/>
          <w:i/>
        </w:rPr>
      </w:pPr>
    </w:p>
    <w:p w14:paraId="069477EF" w14:textId="72188C61" w:rsidR="00052754" w:rsidRPr="00BC5D46" w:rsidRDefault="004D1F29">
      <w:pPr>
        <w:jc w:val="center"/>
        <w:rPr>
          <w:rFonts w:ascii="Aptos" w:hAnsi="Aptos" w:cs="Segoe UI Symbol"/>
          <w:i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03CE88B4" wp14:editId="6BA52654">
                <wp:simplePos x="0" y="0"/>
                <wp:positionH relativeFrom="column">
                  <wp:posOffset>351155</wp:posOffset>
                </wp:positionH>
                <wp:positionV relativeFrom="paragraph">
                  <wp:posOffset>177849</wp:posOffset>
                </wp:positionV>
                <wp:extent cx="256540" cy="271780"/>
                <wp:effectExtent l="0" t="0" r="0" b="0"/>
                <wp:wrapNone/>
                <wp:docPr id="1536122449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3F7C6" w14:textId="77777777" w:rsidR="002B3085" w:rsidRPr="00733EEC" w:rsidRDefault="002B3085" w:rsidP="002B30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3EEC">
                              <w:rPr>
                                <w:sz w:val="16"/>
                                <w:szCs w:val="16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E88B4" id="_x0000_s1030" type="#_x0000_t202" style="position:absolute;left:0;text-align:left;margin-left:27.65pt;margin-top:14pt;width:20.2pt;height:21.4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" filled="f" stroked="f" strokeweight=".5pt">
                <v:textbox>
                  <w:txbxContent>
                    <w:p w14:paraId="2E83F7C6" w14:textId="77777777" w:rsidR="002B3085" w:rsidRPr="00733EEC" w:rsidRDefault="002B3085" w:rsidP="002B3085">
                      <w:pPr>
                        <w:rPr>
                          <w:sz w:val="16"/>
                          <w:szCs w:val="16"/>
                        </w:rPr>
                      </w:pPr>
                      <w:r w:rsidRPr="00733EEC">
                        <w:rPr>
                          <w:sz w:val="16"/>
                          <w:szCs w:val="16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BC5D46">
        <w:rPr>
          <w:rFonts w:ascii="Aptos" w:hAnsi="Aptos" w:cs="Segoe UI Symbol"/>
          <w:i/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56BFC345" wp14:editId="32CE654B">
                <wp:simplePos x="0" y="0"/>
                <wp:positionH relativeFrom="column">
                  <wp:posOffset>625426</wp:posOffset>
                </wp:positionH>
                <wp:positionV relativeFrom="paragraph">
                  <wp:posOffset>294005</wp:posOffset>
                </wp:positionV>
                <wp:extent cx="302260" cy="0"/>
                <wp:effectExtent l="0" t="76200" r="21590" b="95250"/>
                <wp:wrapNone/>
                <wp:docPr id="151831792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BD4F8D" id="Connecteur droit avec flèche 8" o:spid="_x0000_s1026" type="#_x0000_t32" style="position:absolute;margin-left:49.25pt;margin-top:23.15pt;width:23.8pt;height:0;z-index:2514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" strokecolor="gray [1629]">
                <v:stroke endarrow="block"/>
              </v:shape>
            </w:pict>
          </mc:Fallback>
        </mc:AlternateContent>
      </w:r>
    </w:p>
    <w:p w14:paraId="3F6EF6A0" w14:textId="40E60CF3" w:rsidR="00052754" w:rsidRPr="00BC5D46" w:rsidRDefault="004D1F29">
      <w:pPr>
        <w:jc w:val="center"/>
        <w:rPr>
          <w:rFonts w:ascii="Aptos" w:hAnsi="Aptos" w:cs="Segoe UI Symbol"/>
          <w:i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01607119" wp14:editId="21E1C3D5">
                <wp:simplePos x="0" y="0"/>
                <wp:positionH relativeFrom="column">
                  <wp:posOffset>1703656</wp:posOffset>
                </wp:positionH>
                <wp:positionV relativeFrom="paragraph">
                  <wp:posOffset>8255</wp:posOffset>
                </wp:positionV>
                <wp:extent cx="256540" cy="271780"/>
                <wp:effectExtent l="0" t="0" r="0" b="0"/>
                <wp:wrapNone/>
                <wp:docPr id="222738426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2918B" w14:textId="77777777" w:rsidR="002B3085" w:rsidRPr="00733EEC" w:rsidRDefault="002B3085" w:rsidP="002B30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33EEC">
                              <w:rPr>
                                <w:sz w:val="16"/>
                                <w:szCs w:val="16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07119" id="_x0000_s1031" type="#_x0000_t202" style="position:absolute;left:0;text-align:left;margin-left:134.15pt;margin-top:.65pt;width:20.2pt;height:21.4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" filled="f" stroked="f" strokeweight=".5pt">
                <v:textbox>
                  <w:txbxContent>
                    <w:p w14:paraId="1442918B" w14:textId="77777777" w:rsidR="002B3085" w:rsidRPr="00733EEC" w:rsidRDefault="002B3085" w:rsidP="002B3085">
                      <w:pPr>
                        <w:rPr>
                          <w:sz w:val="16"/>
                          <w:szCs w:val="16"/>
                        </w:rPr>
                      </w:pPr>
                      <w:r w:rsidRPr="00733EEC">
                        <w:rPr>
                          <w:sz w:val="16"/>
                          <w:szCs w:val="16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Pr="00BC5D46">
        <w:rPr>
          <w:rFonts w:ascii="Aptos" w:hAnsi="Aptos" w:cs="Segoe UI Symbol"/>
          <w:i/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2519B4A8" wp14:editId="5D4D87A0">
                <wp:simplePos x="0" y="0"/>
                <wp:positionH relativeFrom="column">
                  <wp:posOffset>1419860</wp:posOffset>
                </wp:positionH>
                <wp:positionV relativeFrom="paragraph">
                  <wp:posOffset>119966</wp:posOffset>
                </wp:positionV>
                <wp:extent cx="316230" cy="0"/>
                <wp:effectExtent l="38100" t="76200" r="0" b="95250"/>
                <wp:wrapNone/>
                <wp:docPr id="314398376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2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8853B4" id="Connecteur droit avec flèche 7" o:spid="_x0000_s1026" type="#_x0000_t32" style="position:absolute;margin-left:111.8pt;margin-top:9.45pt;width:24.9pt;height:0;flip:x;z-index:2514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" strokecolor="gray [1629]">
                <v:stroke endarrow="block"/>
              </v:shape>
            </w:pict>
          </mc:Fallback>
        </mc:AlternateContent>
      </w:r>
    </w:p>
    <w:p w14:paraId="7DD182F4" w14:textId="22A4082B" w:rsidR="00052754" w:rsidRPr="00BC5D46" w:rsidRDefault="004D1F29" w:rsidP="002B3085">
      <w:pPr>
        <w:jc w:val="center"/>
        <w:rPr>
          <w:rFonts w:ascii="Aptos" w:hAnsi="Aptos" w:cs="Segoe UI Symbol"/>
          <w:i/>
        </w:rPr>
      </w:pPr>
      <w:r w:rsidRPr="00BC5D46">
        <w:rPr>
          <w:rFonts w:ascii="Aptos" w:hAnsi="Aptos" w:cs="Segoe UI Symbol"/>
          <w:i/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542554CF" wp14:editId="46B80CE9">
                <wp:simplePos x="0" y="0"/>
                <wp:positionH relativeFrom="column">
                  <wp:posOffset>4279900</wp:posOffset>
                </wp:positionH>
                <wp:positionV relativeFrom="paragraph">
                  <wp:posOffset>172769</wp:posOffset>
                </wp:positionV>
                <wp:extent cx="0" cy="234712"/>
                <wp:effectExtent l="76200" t="38100" r="57150" b="13335"/>
                <wp:wrapNone/>
                <wp:docPr id="1015747889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47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1A0E2F" id="Connecteur droit avec flèche 13" o:spid="_x0000_s1026" type="#_x0000_t32" style="position:absolute;margin-left:337pt;margin-top:13.6pt;width:0;height:18.5pt;flip:y;z-index:2514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" strokecolor="gray [1629]">
                <v:stroke endarrow="block"/>
              </v:shape>
            </w:pict>
          </mc:Fallback>
        </mc:AlternateContent>
      </w:r>
    </w:p>
    <w:p w14:paraId="0F2C31DF" w14:textId="77777777" w:rsidR="00BC5D46" w:rsidRDefault="00BC5D46">
      <w:pPr>
        <w:jc w:val="center"/>
        <w:rPr>
          <w:rFonts w:ascii="Aptos" w:hAnsi="Aptos"/>
          <w:i/>
        </w:rPr>
      </w:pPr>
    </w:p>
    <w:p w14:paraId="3371D1F2" w14:textId="0DA1B1BC" w:rsidR="00114C23" w:rsidRPr="00BC5D46" w:rsidRDefault="004D1F29">
      <w:pPr>
        <w:jc w:val="center"/>
        <w:rPr>
          <w:rFonts w:ascii="Aptos" w:hAnsi="Aptos"/>
          <w:i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0D773108" wp14:editId="5C2F434D">
                <wp:simplePos x="0" y="0"/>
                <wp:positionH relativeFrom="column">
                  <wp:posOffset>4130040</wp:posOffset>
                </wp:positionH>
                <wp:positionV relativeFrom="paragraph">
                  <wp:posOffset>54659</wp:posOffset>
                </wp:positionV>
                <wp:extent cx="256540" cy="271780"/>
                <wp:effectExtent l="0" t="0" r="0" b="0"/>
                <wp:wrapNone/>
                <wp:docPr id="1382524111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35048" w14:textId="77777777" w:rsidR="002B3085" w:rsidRPr="002B3085" w:rsidRDefault="002B3085" w:rsidP="002B3085">
                            <w:pPr>
                              <w:rPr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  <w:r w:rsidRPr="002B308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⑥</w:t>
                            </w:r>
                          </w:p>
                          <w:p w14:paraId="0B0BBAE4" w14:textId="77777777" w:rsidR="002B3085" w:rsidRPr="002B3085" w:rsidRDefault="002B3085" w:rsidP="002B308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3108" id="_x0000_s1032" type="#_x0000_t202" style="position:absolute;left:0;text-align:left;margin-left:325.2pt;margin-top:4.3pt;width:20.2pt;height:21.4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" filled="f" stroked="f" strokeweight=".5pt">
                <v:textbox>
                  <w:txbxContent>
                    <w:p w14:paraId="66635048" w14:textId="77777777" w:rsidR="002B3085" w:rsidRPr="002B3085" w:rsidRDefault="002B3085" w:rsidP="002B3085">
                      <w:pPr>
                        <w:rPr>
                          <w:color w:val="000000" w:themeColor="text1"/>
                          <w:sz w:val="4"/>
                          <w:szCs w:val="4"/>
                        </w:rPr>
                      </w:pPr>
                      <w:r w:rsidRPr="002B3085">
                        <w:rPr>
                          <w:color w:val="000000" w:themeColor="text1"/>
                          <w:sz w:val="16"/>
                          <w:szCs w:val="16"/>
                        </w:rPr>
                        <w:t>⑥</w:t>
                      </w:r>
                    </w:p>
                    <w:p w14:paraId="0B0BBAE4" w14:textId="77777777" w:rsidR="002B3085" w:rsidRPr="002B3085" w:rsidRDefault="002B3085" w:rsidP="002B3085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C5D46">
        <w:rPr>
          <w:rFonts w:ascii="Aptos" w:hAnsi="Aptos"/>
          <w:i/>
        </w:rPr>
        <w:t xml:space="preserve">Figure – Overall UI </w:t>
      </w:r>
    </w:p>
    <w:p w14:paraId="0CEB0318" w14:textId="77777777" w:rsidR="008B3EF1" w:rsidRDefault="008B3EF1">
      <w:pPr>
        <w:jc w:val="center"/>
        <w:rPr>
          <w:rFonts w:ascii="Aptos" w:hAnsi="Aptos"/>
        </w:rPr>
      </w:pPr>
    </w:p>
    <w:p w14:paraId="3DAFB433" w14:textId="77777777" w:rsidR="005D15B7" w:rsidRDefault="005D15B7">
      <w:pPr>
        <w:jc w:val="center"/>
        <w:rPr>
          <w:rFonts w:ascii="Aptos" w:hAnsi="Aptos"/>
        </w:rPr>
      </w:pPr>
    </w:p>
    <w:p w14:paraId="6DD15090" w14:textId="77777777" w:rsidR="005D15B7" w:rsidRPr="00BC5D46" w:rsidRDefault="005D15B7">
      <w:pPr>
        <w:jc w:val="center"/>
        <w:rPr>
          <w:rFonts w:ascii="Aptos" w:hAnsi="Aptos"/>
        </w:rPr>
      </w:pPr>
    </w:p>
    <w:tbl>
      <w:tblPr>
        <w:tblStyle w:val="Grilleclaire-Accent1"/>
        <w:tblW w:w="0" w:type="auto"/>
        <w:jc w:val="center"/>
        <w:tblLook w:val="04A0" w:firstRow="1" w:lastRow="0" w:firstColumn="1" w:lastColumn="0" w:noHBand="0" w:noVBand="1"/>
      </w:tblPr>
      <w:tblGrid>
        <w:gridCol w:w="5093"/>
        <w:gridCol w:w="5111"/>
      </w:tblGrid>
      <w:tr w:rsidR="002B3085" w:rsidRPr="00BC5D46" w14:paraId="711275C8" w14:textId="77777777" w:rsidTr="00E546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</w:tcPr>
          <w:p w14:paraId="336B0ABD" w14:textId="77777777" w:rsidR="002B3085" w:rsidRPr="00BC5D46" w:rsidRDefault="002B3085" w:rsidP="00F81889">
            <w:pPr>
              <w:rPr>
                <w:rFonts w:ascii="Aptos" w:hAnsi="Aptos"/>
              </w:rPr>
            </w:pPr>
            <w:r w:rsidRPr="00BC5D46">
              <w:rPr>
                <w:rFonts w:ascii="Aptos" w:hAnsi="Aptos"/>
              </w:rPr>
              <w:t>Marker</w:t>
            </w:r>
          </w:p>
        </w:tc>
        <w:tc>
          <w:tcPr>
            <w:tcW w:w="5222" w:type="dxa"/>
          </w:tcPr>
          <w:p w14:paraId="2C87CEBA" w14:textId="77777777" w:rsidR="002B3085" w:rsidRPr="00BC5D46" w:rsidRDefault="002B3085" w:rsidP="00F818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BC5D46">
              <w:rPr>
                <w:rFonts w:ascii="Aptos" w:hAnsi="Aptos"/>
              </w:rPr>
              <w:t>Description</w:t>
            </w:r>
          </w:p>
        </w:tc>
      </w:tr>
      <w:tr w:rsidR="002B3085" w:rsidRPr="00BC5D46" w14:paraId="432BEB61" w14:textId="77777777" w:rsidTr="00E546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</w:tcPr>
          <w:p w14:paraId="6C3D6D0B" w14:textId="77777777" w:rsidR="002B3085" w:rsidRPr="00BC5D46" w:rsidRDefault="002B3085" w:rsidP="00F81889">
            <w:pPr>
              <w:rPr>
                <w:rFonts w:ascii="Aptos" w:hAnsi="Aptos"/>
              </w:rPr>
            </w:pPr>
            <w:r w:rsidRPr="00BC5D46">
              <w:rPr>
                <w:rFonts w:ascii="Aptos" w:hAnsi="Aptos"/>
              </w:rPr>
              <w:t>①</w:t>
            </w:r>
          </w:p>
        </w:tc>
        <w:tc>
          <w:tcPr>
            <w:tcW w:w="5222" w:type="dxa"/>
          </w:tcPr>
          <w:p w14:paraId="0B8D34B6" w14:textId="77777777" w:rsidR="002B3085" w:rsidRPr="00BC5D46" w:rsidRDefault="002B3085" w:rsidP="00F81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</w:rPr>
            </w:pPr>
            <w:r w:rsidRPr="00BC5D46">
              <w:rPr>
                <w:rFonts w:ascii="Aptos" w:hAnsi="Aptos"/>
              </w:rPr>
              <w:t>Power button (short/long press)</w:t>
            </w:r>
          </w:p>
        </w:tc>
      </w:tr>
      <w:tr w:rsidR="002B3085" w:rsidRPr="00BC5D46" w14:paraId="0E48F4E2" w14:textId="77777777" w:rsidTr="00E546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</w:tcPr>
          <w:p w14:paraId="06F1CA19" w14:textId="77777777" w:rsidR="002B3085" w:rsidRPr="00BC5D46" w:rsidRDefault="002B3085" w:rsidP="00F81889">
            <w:pPr>
              <w:rPr>
                <w:rFonts w:ascii="Aptos" w:hAnsi="Aptos"/>
              </w:rPr>
            </w:pPr>
            <w:r w:rsidRPr="00BC5D46">
              <w:rPr>
                <w:rFonts w:ascii="Aptos" w:hAnsi="Aptos"/>
              </w:rPr>
              <w:t>②</w:t>
            </w:r>
          </w:p>
        </w:tc>
        <w:tc>
          <w:tcPr>
            <w:tcW w:w="5222" w:type="dxa"/>
          </w:tcPr>
          <w:p w14:paraId="04E2DD1B" w14:textId="77777777" w:rsidR="002B3085" w:rsidRPr="00BC5D46" w:rsidRDefault="002B3085" w:rsidP="00F8188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tos" w:hAnsi="Aptos"/>
              </w:rPr>
            </w:pPr>
            <w:r w:rsidRPr="00BC5D46">
              <w:rPr>
                <w:rFonts w:ascii="Aptos" w:hAnsi="Aptos"/>
              </w:rPr>
              <w:t>Play/Pause</w:t>
            </w:r>
          </w:p>
        </w:tc>
      </w:tr>
      <w:tr w:rsidR="002B3085" w:rsidRPr="00BC5D46" w14:paraId="16094883" w14:textId="77777777" w:rsidTr="00E546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</w:tcPr>
          <w:p w14:paraId="1FE72BB0" w14:textId="77777777" w:rsidR="002B3085" w:rsidRPr="00BC5D46" w:rsidRDefault="002B3085" w:rsidP="00F81889">
            <w:pPr>
              <w:rPr>
                <w:rFonts w:ascii="Aptos" w:hAnsi="Aptos"/>
              </w:rPr>
            </w:pPr>
            <w:r w:rsidRPr="00BC5D46">
              <w:rPr>
                <w:rFonts w:ascii="Aptos" w:hAnsi="Aptos"/>
              </w:rPr>
              <w:t>③</w:t>
            </w:r>
          </w:p>
        </w:tc>
        <w:tc>
          <w:tcPr>
            <w:tcW w:w="5222" w:type="dxa"/>
          </w:tcPr>
          <w:p w14:paraId="0283D183" w14:textId="77777777" w:rsidR="002B3085" w:rsidRPr="00BC5D46" w:rsidRDefault="002B3085" w:rsidP="00F81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</w:rPr>
            </w:pPr>
            <w:r w:rsidRPr="00BC5D46">
              <w:rPr>
                <w:rFonts w:ascii="Aptos" w:hAnsi="Aptos"/>
              </w:rPr>
              <w:t>Menu / Back</w:t>
            </w:r>
          </w:p>
        </w:tc>
      </w:tr>
      <w:tr w:rsidR="002B3085" w:rsidRPr="00BC5D46" w14:paraId="5F1137D1" w14:textId="77777777" w:rsidTr="00E546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</w:tcPr>
          <w:p w14:paraId="7D2F8CB9" w14:textId="77777777" w:rsidR="002B3085" w:rsidRPr="00BC5D46" w:rsidRDefault="002B3085" w:rsidP="00F81889">
            <w:pPr>
              <w:rPr>
                <w:rFonts w:ascii="Aptos" w:hAnsi="Aptos"/>
              </w:rPr>
            </w:pPr>
            <w:r w:rsidRPr="00BC5D46">
              <w:rPr>
                <w:rFonts w:ascii="Aptos" w:hAnsi="Aptos"/>
              </w:rPr>
              <w:t>④/⑤</w:t>
            </w:r>
          </w:p>
        </w:tc>
        <w:tc>
          <w:tcPr>
            <w:tcW w:w="5222" w:type="dxa"/>
          </w:tcPr>
          <w:p w14:paraId="2436A2D3" w14:textId="77777777" w:rsidR="002B3085" w:rsidRPr="00BC5D46" w:rsidRDefault="002B3085" w:rsidP="00F8188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tos" w:hAnsi="Aptos"/>
              </w:rPr>
            </w:pPr>
            <w:r w:rsidRPr="00BC5D46">
              <w:rPr>
                <w:rFonts w:ascii="Aptos" w:hAnsi="Aptos"/>
              </w:rPr>
              <w:t>Volume + / –</w:t>
            </w:r>
          </w:p>
        </w:tc>
      </w:tr>
      <w:tr w:rsidR="002B3085" w:rsidRPr="00BC5D46" w14:paraId="09B0BFE1" w14:textId="77777777" w:rsidTr="00E546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</w:tcPr>
          <w:p w14:paraId="32972B7D" w14:textId="77777777" w:rsidR="002B3085" w:rsidRPr="00BC5D46" w:rsidRDefault="002B3085" w:rsidP="00F81889">
            <w:pPr>
              <w:rPr>
                <w:rFonts w:ascii="Aptos" w:hAnsi="Aptos"/>
              </w:rPr>
            </w:pPr>
            <w:r w:rsidRPr="00BC5D46">
              <w:rPr>
                <w:rFonts w:ascii="Aptos" w:hAnsi="Aptos"/>
              </w:rPr>
              <w:t>⑥</w:t>
            </w:r>
          </w:p>
        </w:tc>
        <w:tc>
          <w:tcPr>
            <w:tcW w:w="5222" w:type="dxa"/>
          </w:tcPr>
          <w:p w14:paraId="6C6C16BA" w14:textId="52E2AE0C" w:rsidR="002B3085" w:rsidRPr="00BC5D46" w:rsidRDefault="00E546E1" w:rsidP="00F81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hAnsi="Aptos"/>
              </w:rPr>
            </w:pPr>
            <w:r w:rsidRPr="00BC5D46">
              <w:rPr>
                <w:rFonts w:ascii="Aptos" w:hAnsi="Aptos"/>
              </w:rPr>
              <w:t>USB-C port</w:t>
            </w:r>
          </w:p>
        </w:tc>
      </w:tr>
      <w:tr w:rsidR="002B3085" w:rsidRPr="00BC5D46" w14:paraId="22253F91" w14:textId="77777777" w:rsidTr="00E546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</w:tcPr>
          <w:p w14:paraId="5CBDDA33" w14:textId="77777777" w:rsidR="002B3085" w:rsidRPr="00BC5D46" w:rsidRDefault="002B3085" w:rsidP="00F81889">
            <w:pPr>
              <w:rPr>
                <w:rFonts w:ascii="Aptos" w:hAnsi="Aptos"/>
              </w:rPr>
            </w:pPr>
            <w:r w:rsidRPr="00BC5D46">
              <w:rPr>
                <w:rFonts w:ascii="Aptos" w:hAnsi="Aptos"/>
              </w:rPr>
              <w:t>⑦</w:t>
            </w:r>
          </w:p>
        </w:tc>
        <w:tc>
          <w:tcPr>
            <w:tcW w:w="5222" w:type="dxa"/>
          </w:tcPr>
          <w:p w14:paraId="7A68D0F5" w14:textId="16A86B13" w:rsidR="002B3085" w:rsidRPr="00BC5D46" w:rsidRDefault="00E546E1" w:rsidP="00F8188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ptos" w:hAnsi="Aptos"/>
              </w:rPr>
            </w:pPr>
            <w:r w:rsidRPr="00BC5D46">
              <w:rPr>
                <w:rFonts w:ascii="Aptos" w:hAnsi="Aptos"/>
              </w:rPr>
              <w:t>QR code module</w:t>
            </w:r>
          </w:p>
        </w:tc>
      </w:tr>
    </w:tbl>
    <w:p w14:paraId="3FBE79DD" w14:textId="77777777" w:rsidR="002B3085" w:rsidRPr="00BC5D46" w:rsidRDefault="002B3085">
      <w:pPr>
        <w:rPr>
          <w:rFonts w:ascii="Aptos" w:hAnsi="Aptos"/>
        </w:rPr>
      </w:pPr>
    </w:p>
    <w:p w14:paraId="05A96066" w14:textId="77777777" w:rsidR="005D15B7" w:rsidRDefault="005D15B7">
      <w:pPr>
        <w:pStyle w:val="Titre1"/>
        <w:rPr>
          <w:rFonts w:ascii="Aptos" w:hAnsi="Aptos"/>
        </w:rPr>
      </w:pPr>
      <w:bookmarkStart w:id="2" w:name="_Toc207283904"/>
    </w:p>
    <w:p w14:paraId="1DA0C654" w14:textId="120C8725" w:rsidR="00114C23" w:rsidRPr="00BC5D46" w:rsidRDefault="00CE1EC0">
      <w:pPr>
        <w:pStyle w:val="Titre1"/>
        <w:rPr>
          <w:rFonts w:ascii="Aptos" w:hAnsi="Aptos"/>
        </w:rPr>
      </w:pPr>
      <w:r w:rsidRPr="00BC5D46">
        <w:rPr>
          <w:rFonts w:ascii="Aptos" w:hAnsi="Aptos"/>
        </w:rPr>
        <w:t>Part 1 — Quick Start: Listen now</w:t>
      </w:r>
      <w:bookmarkEnd w:id="2"/>
    </w:p>
    <w:p w14:paraId="04D7DFAD" w14:textId="77777777" w:rsidR="00E546E1" w:rsidRPr="00BC5D46" w:rsidRDefault="00E546E1" w:rsidP="00E546E1">
      <w:pPr>
        <w:rPr>
          <w:rFonts w:ascii="Aptos" w:hAnsi="Aptos"/>
        </w:rPr>
      </w:pPr>
      <w:r w:rsidRPr="00BC5D46">
        <w:rPr>
          <w:rFonts w:ascii="Aptos" w:hAnsi="Aptos"/>
        </w:rPr>
        <w:t>Goal: start listening to a nearby broadcast in under 30 seconds.</w:t>
      </w:r>
    </w:p>
    <w:p w14:paraId="68ACB11C" w14:textId="77777777" w:rsidR="00E546E1" w:rsidRPr="00BC5D46" w:rsidRDefault="00E546E1" w:rsidP="00E546E1">
      <w:pPr>
        <w:pStyle w:val="Listenumros"/>
        <w:rPr>
          <w:rFonts w:ascii="Aptos" w:hAnsi="Aptos"/>
        </w:rPr>
      </w:pPr>
      <w:r w:rsidRPr="00BC5D46">
        <w:rPr>
          <w:rFonts w:ascii="Aptos" w:hAnsi="Aptos"/>
        </w:rPr>
        <w:t xml:space="preserve"> Short</w:t>
      </w:r>
      <w:r w:rsidRPr="00BC5D46">
        <w:rPr>
          <w:rFonts w:ascii="Cambria Math" w:hAnsi="Cambria Math" w:cs="Cambria Math"/>
        </w:rPr>
        <w:t>‑</w:t>
      </w:r>
      <w:r w:rsidRPr="00BC5D46">
        <w:rPr>
          <w:rFonts w:ascii="Aptos" w:hAnsi="Aptos"/>
        </w:rPr>
        <w:t xml:space="preserve">press Power to turn on </w:t>
      </w:r>
      <w:proofErr w:type="spellStart"/>
      <w:r w:rsidRPr="00BC5D46">
        <w:rPr>
          <w:rFonts w:ascii="Aptos" w:hAnsi="Aptos"/>
        </w:rPr>
        <w:t>AuraSTRX</w:t>
      </w:r>
      <w:proofErr w:type="spellEnd"/>
      <w:r w:rsidRPr="00BC5D46">
        <w:rPr>
          <w:rFonts w:ascii="Aptos" w:hAnsi="Aptos"/>
        </w:rPr>
        <w:t>.</w:t>
      </w:r>
    </w:p>
    <w:p w14:paraId="44136107" w14:textId="77777777" w:rsidR="00E546E1" w:rsidRPr="00BC5D46" w:rsidRDefault="00E546E1" w:rsidP="00E546E1">
      <w:pPr>
        <w:pStyle w:val="Listenumros"/>
        <w:rPr>
          <w:rFonts w:ascii="Aptos" w:hAnsi="Aptos"/>
        </w:rPr>
      </w:pPr>
      <w:r w:rsidRPr="00BC5D46">
        <w:rPr>
          <w:rFonts w:ascii="Aptos" w:hAnsi="Aptos"/>
        </w:rPr>
        <w:t xml:space="preserve"> In the Stream List, highlight the desired broadcast (touch or press ③ (Menu) to navigate). And Confirm with a tap or press </w:t>
      </w:r>
      <w:r w:rsidRPr="00BC5D46">
        <w:rPr>
          <w:rFonts w:ascii="Aptos" w:hAnsi="Aptos"/>
          <w:sz w:val="24"/>
          <w:szCs w:val="24"/>
        </w:rPr>
        <w:t>②</w:t>
      </w:r>
      <w:r w:rsidRPr="00BC5D46">
        <w:rPr>
          <w:rFonts w:ascii="Aptos" w:hAnsi="Aptos"/>
        </w:rPr>
        <w:t xml:space="preserve"> (Play/Pause).</w:t>
      </w:r>
    </w:p>
    <w:p w14:paraId="367E2BED" w14:textId="46DB975C" w:rsidR="00E546E1" w:rsidRPr="00BC5D46" w:rsidRDefault="00E546E1" w:rsidP="00E546E1">
      <w:pPr>
        <w:pStyle w:val="Listenumros"/>
        <w:rPr>
          <w:rFonts w:ascii="Aptos" w:hAnsi="Aptos"/>
        </w:rPr>
      </w:pPr>
      <w:r w:rsidRPr="00BC5D46">
        <w:rPr>
          <w:rFonts w:ascii="Aptos" w:hAnsi="Aptos"/>
        </w:rPr>
        <w:t xml:space="preserve"> Tap </w:t>
      </w:r>
      <w:r w:rsidR="00B03983" w:rsidRPr="00BC5D46">
        <w:rPr>
          <w:rFonts w:ascii="Aptos" w:hAnsi="Aptos"/>
        </w:rPr>
        <w:t>o</w:t>
      </w:r>
      <w:r w:rsidRPr="00BC5D46">
        <w:rPr>
          <w:rFonts w:ascii="Aptos" w:hAnsi="Aptos"/>
        </w:rPr>
        <w:t xml:space="preserve">n Play/Pause icon on the screen or press </w:t>
      </w:r>
      <w:r w:rsidRPr="00BC5D46">
        <w:rPr>
          <w:rFonts w:ascii="Aptos" w:hAnsi="Aptos"/>
          <w:sz w:val="24"/>
          <w:szCs w:val="24"/>
        </w:rPr>
        <w:t>② to start listening to the broadcast selected</w:t>
      </w:r>
    </w:p>
    <w:p w14:paraId="2167E988" w14:textId="77777777" w:rsidR="00E546E1" w:rsidRPr="00BC5D46" w:rsidRDefault="00E546E1" w:rsidP="00E546E1">
      <w:pPr>
        <w:pStyle w:val="Listenumro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</w:rPr>
        <w:t xml:space="preserve"> Adjust volume with Volume ± on the side using ④/⑤ or use the slider on the screen to adapt it to your convenience.</w:t>
      </w:r>
    </w:p>
    <w:p w14:paraId="0A9B06E8" w14:textId="77777777" w:rsidR="008B3EF1" w:rsidRPr="00BC5D46" w:rsidRDefault="008B3EF1" w:rsidP="00E546E1">
      <w:pPr>
        <w:pStyle w:val="Listenumros"/>
        <w:numPr>
          <w:ilvl w:val="0"/>
          <w:numId w:val="0"/>
        </w:numPr>
        <w:ind w:left="360"/>
        <w:rPr>
          <w:rFonts w:ascii="Aptos" w:hAnsi="Aptos"/>
        </w:rPr>
      </w:pPr>
    </w:p>
    <w:p w14:paraId="48B08FB7" w14:textId="77777777" w:rsidR="008B3EF1" w:rsidRPr="00BC5D46" w:rsidRDefault="008B3EF1" w:rsidP="00E546E1">
      <w:pPr>
        <w:pStyle w:val="Listenumros"/>
        <w:numPr>
          <w:ilvl w:val="0"/>
          <w:numId w:val="0"/>
        </w:numPr>
        <w:ind w:left="360"/>
        <w:rPr>
          <w:rFonts w:ascii="Aptos" w:hAnsi="Aptos"/>
        </w:rPr>
      </w:pPr>
    </w:p>
    <w:p w14:paraId="130F30E9" w14:textId="269535F9" w:rsidR="008B3EF1" w:rsidRPr="00BC5D46" w:rsidRDefault="008B3EF1" w:rsidP="00E546E1">
      <w:pPr>
        <w:pStyle w:val="Listenumros"/>
        <w:numPr>
          <w:ilvl w:val="0"/>
          <w:numId w:val="0"/>
        </w:numPr>
        <w:ind w:left="360"/>
        <w:rPr>
          <w:rFonts w:ascii="Aptos" w:hAnsi="Aptos"/>
        </w:rPr>
      </w:pPr>
    </w:p>
    <w:p w14:paraId="08E6DBAE" w14:textId="77777777" w:rsidR="008B3EF1" w:rsidRPr="00BC5D46" w:rsidRDefault="008B3EF1" w:rsidP="00E546E1">
      <w:pPr>
        <w:pStyle w:val="Listenumros"/>
        <w:numPr>
          <w:ilvl w:val="0"/>
          <w:numId w:val="0"/>
        </w:numPr>
        <w:ind w:left="360"/>
        <w:rPr>
          <w:rFonts w:ascii="Aptos" w:hAnsi="Aptos"/>
        </w:rPr>
      </w:pPr>
    </w:p>
    <w:p w14:paraId="2A76D65B" w14:textId="77777777" w:rsidR="00E546E1" w:rsidRPr="00BC5D46" w:rsidRDefault="00E546E1" w:rsidP="00E546E1">
      <w:pPr>
        <w:rPr>
          <w:rFonts w:ascii="Aptos" w:hAnsi="Aptos"/>
        </w:rPr>
      </w:pPr>
      <w:r w:rsidRPr="00BC5D46">
        <w:rPr>
          <w:rFonts w:ascii="Aptos" w:hAnsi="Aptos"/>
        </w:rPr>
        <w:t>Tips:</w:t>
      </w:r>
    </w:p>
    <w:p w14:paraId="2C0A33A2" w14:textId="77777777" w:rsidR="00E546E1" w:rsidRPr="00BC5D46" w:rsidRDefault="00E546E1" w:rsidP="00E546E1">
      <w:pPr>
        <w:pStyle w:val="Listepuces"/>
        <w:rPr>
          <w:rFonts w:ascii="Aptos" w:hAnsi="Aptos"/>
        </w:rPr>
      </w:pPr>
      <w:r w:rsidRPr="00BC5D46">
        <w:rPr>
          <w:rFonts w:ascii="Aptos" w:hAnsi="Aptos"/>
        </w:rPr>
        <w:t>The list is sorted by signal strength (strongest first).</w:t>
      </w:r>
    </w:p>
    <w:p w14:paraId="414B08F7" w14:textId="4DDCDF9B" w:rsidR="00E546E1" w:rsidRPr="00BC5D46" w:rsidRDefault="00E546E1" w:rsidP="00E546E1">
      <w:pPr>
        <w:pStyle w:val="Listepuces"/>
        <w:rPr>
          <w:rFonts w:ascii="Aptos" w:hAnsi="Aptos"/>
        </w:rPr>
      </w:pPr>
      <w:r w:rsidRPr="00BC5D46">
        <w:rPr>
          <w:rFonts w:ascii="Aptos" w:hAnsi="Aptos"/>
        </w:rPr>
        <w:t xml:space="preserve">If a “lock” icon appears, see Part </w:t>
      </w:r>
      <w:r w:rsidR="00391B5B" w:rsidRPr="00BC5D46">
        <w:rPr>
          <w:rFonts w:ascii="Aptos" w:hAnsi="Aptos"/>
        </w:rPr>
        <w:t>5</w:t>
      </w:r>
      <w:r w:rsidRPr="00BC5D46">
        <w:rPr>
          <w:rFonts w:ascii="Aptos" w:hAnsi="Aptos"/>
        </w:rPr>
        <w:t xml:space="preserve"> to connect to secured broadcasts.</w:t>
      </w:r>
    </w:p>
    <w:p w14:paraId="2D67F4B0" w14:textId="2A86D240" w:rsidR="00E546E1" w:rsidRPr="00BC5D46" w:rsidRDefault="00E546E1" w:rsidP="00E546E1">
      <w:pPr>
        <w:rPr>
          <w:rFonts w:ascii="Aptos" w:hAnsi="Aptos"/>
          <w:i/>
        </w:rPr>
      </w:pPr>
      <w:r w:rsidRPr="00BC5D46">
        <w:rPr>
          <w:rFonts w:ascii="Aptos" w:hAnsi="Aptos"/>
          <w:noProof/>
        </w:rPr>
        <w:drawing>
          <wp:anchor distT="0" distB="0" distL="114300" distR="114300" simplePos="0" relativeHeight="251563520" behindDoc="0" locked="0" layoutInCell="1" allowOverlap="1" wp14:anchorId="21A12AE2" wp14:editId="41BF19C4">
            <wp:simplePos x="0" y="0"/>
            <wp:positionH relativeFrom="column">
              <wp:posOffset>-302456</wp:posOffset>
            </wp:positionH>
            <wp:positionV relativeFrom="paragraph">
              <wp:posOffset>334791</wp:posOffset>
            </wp:positionV>
            <wp:extent cx="1333500" cy="2727960"/>
            <wp:effectExtent l="0" t="0" r="0" b="0"/>
            <wp:wrapNone/>
            <wp:docPr id="1594363556" name="Image 1" descr="AuraSTRX | Audiof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raSTRX | Audiofil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8" t="12756" r="32304" b="1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22C607" w14:textId="543FD64C" w:rsidR="00E546E1" w:rsidRPr="00BC5D46" w:rsidRDefault="00E546E1" w:rsidP="00E546E1">
      <w:pPr>
        <w:rPr>
          <w:rFonts w:ascii="Aptos" w:hAnsi="Aptos"/>
        </w:rPr>
      </w:pPr>
      <w:r w:rsidRPr="00BC5D46">
        <w:rPr>
          <w:rFonts w:ascii="Aptos" w:hAnsi="Aptos"/>
          <w:noProof/>
        </w:rPr>
        <w:drawing>
          <wp:anchor distT="0" distB="0" distL="114300" distR="114300" simplePos="0" relativeHeight="251511296" behindDoc="0" locked="0" layoutInCell="1" allowOverlap="1" wp14:anchorId="15222469" wp14:editId="6EBE03D9">
            <wp:simplePos x="0" y="0"/>
            <wp:positionH relativeFrom="column">
              <wp:posOffset>4832448</wp:posOffset>
            </wp:positionH>
            <wp:positionV relativeFrom="paragraph">
              <wp:posOffset>146294</wp:posOffset>
            </wp:positionV>
            <wp:extent cx="1333500" cy="2727960"/>
            <wp:effectExtent l="0" t="0" r="0" b="0"/>
            <wp:wrapNone/>
            <wp:docPr id="2133228277" name="Image 1" descr="AuraSTRX | Audiof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raSTRX | Audiofil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8" t="12756" r="32304" b="1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C5D46">
        <w:rPr>
          <w:rFonts w:ascii="Aptos" w:hAnsi="Aptos"/>
          <w:noProof/>
        </w:rPr>
        <w:drawing>
          <wp:anchor distT="0" distB="0" distL="114300" distR="114300" simplePos="0" relativeHeight="251506176" behindDoc="0" locked="0" layoutInCell="1" allowOverlap="1" wp14:anchorId="7FEB286D" wp14:editId="284197EC">
            <wp:simplePos x="0" y="0"/>
            <wp:positionH relativeFrom="column">
              <wp:posOffset>2223574</wp:posOffset>
            </wp:positionH>
            <wp:positionV relativeFrom="paragraph">
              <wp:posOffset>58029</wp:posOffset>
            </wp:positionV>
            <wp:extent cx="1333500" cy="2727960"/>
            <wp:effectExtent l="0" t="0" r="0" b="0"/>
            <wp:wrapNone/>
            <wp:docPr id="1799450956" name="Image 1" descr="AuraSTRX | Audiof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raSTRX | Audiofil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8" t="12756" r="32304" b="1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C5D46">
        <w:rPr>
          <w:rFonts w:ascii="Aptos" w:hAnsi="Aptos"/>
          <w:noProof/>
        </w:rPr>
        <w:drawing>
          <wp:anchor distT="0" distB="0" distL="114300" distR="114300" simplePos="0" relativeHeight="251570688" behindDoc="0" locked="0" layoutInCell="1" allowOverlap="1" wp14:anchorId="20F98A12" wp14:editId="776E10FF">
            <wp:simplePos x="0" y="0"/>
            <wp:positionH relativeFrom="column">
              <wp:posOffset>-97839</wp:posOffset>
            </wp:positionH>
            <wp:positionV relativeFrom="paragraph">
              <wp:posOffset>334010</wp:posOffset>
            </wp:positionV>
            <wp:extent cx="922020" cy="1149350"/>
            <wp:effectExtent l="0" t="0" r="0" b="0"/>
            <wp:wrapNone/>
            <wp:docPr id="317521121" name="Image 7" descr="Une image contenant Police, blanc, Graphiqu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47327" name="Image 7" descr="Une image contenant Police, blanc, Graphique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CC056" w14:textId="23DBC1B8" w:rsidR="00E546E1" w:rsidRPr="00BC5D46" w:rsidRDefault="003C26EC">
      <w:pPr>
        <w:rPr>
          <w:rFonts w:ascii="Aptos" w:hAnsi="Aptos"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D2641F" wp14:editId="5CB21293">
                <wp:simplePos x="0" y="0"/>
                <wp:positionH relativeFrom="column">
                  <wp:posOffset>6083789</wp:posOffset>
                </wp:positionH>
                <wp:positionV relativeFrom="paragraph">
                  <wp:posOffset>224155</wp:posOffset>
                </wp:positionV>
                <wp:extent cx="931252" cy="253218"/>
                <wp:effectExtent l="0" t="0" r="0" b="0"/>
                <wp:wrapNone/>
                <wp:docPr id="682254444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252" cy="253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37808" w14:textId="4A5AE78D" w:rsidR="003C26EC" w:rsidRPr="003C26EC" w:rsidRDefault="003C26EC" w:rsidP="003C26EC">
                            <w:pPr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</w:rPr>
                              <w:t>Volume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2641F" id="Zone de texte 19" o:spid="_x0000_s1033" type="#_x0000_t202" style="position:absolute;margin-left:479.05pt;margin-top:17.65pt;width:73.35pt;height:19.9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" filled="f" stroked="f" strokeweight=".5pt">
                <v:textbox>
                  <w:txbxContent>
                    <w:p w14:paraId="0C237808" w14:textId="4A5AE78D" w:rsidR="003C26EC" w:rsidRPr="003C26EC" w:rsidRDefault="003C26EC" w:rsidP="003C26EC">
                      <w:pPr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</w:rPr>
                        <w:t>Volume up</w:t>
                      </w:r>
                    </w:p>
                  </w:txbxContent>
                </v:textbox>
              </v:shape>
            </w:pict>
          </mc:Fallback>
        </mc:AlternateContent>
      </w:r>
      <w:r w:rsidR="00E546E1"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1E2290E5" wp14:editId="7B30E9F3">
                <wp:simplePos x="0" y="0"/>
                <wp:positionH relativeFrom="column">
                  <wp:posOffset>5894021</wp:posOffset>
                </wp:positionH>
                <wp:positionV relativeFrom="paragraph">
                  <wp:posOffset>247650</wp:posOffset>
                </wp:positionV>
                <wp:extent cx="256540" cy="271780"/>
                <wp:effectExtent l="0" t="0" r="0" b="0"/>
                <wp:wrapNone/>
                <wp:docPr id="1011164924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910FD" w14:textId="77777777" w:rsidR="00E546E1" w:rsidRPr="005B278A" w:rsidRDefault="00E546E1" w:rsidP="00E546E1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5B278A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290E5" id="_x0000_s1034" type="#_x0000_t202" style="position:absolute;margin-left:464.1pt;margin-top:19.5pt;width:20.2pt;height:21.4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" filled="f" stroked="f" strokeweight=".5pt">
                <v:textbox>
                  <w:txbxContent>
                    <w:p w14:paraId="777910FD" w14:textId="77777777" w:rsidR="00E546E1" w:rsidRPr="005B278A" w:rsidRDefault="00E546E1" w:rsidP="00E546E1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5B278A">
                        <w:rPr>
                          <w:color w:val="FFFFFF" w:themeColor="background1"/>
                          <w:sz w:val="16"/>
                          <w:szCs w:val="16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E546E1" w:rsidRPr="00BC5D46">
        <w:rPr>
          <w:rFonts w:ascii="Aptos" w:hAnsi="Aptos"/>
          <w:noProof/>
        </w:rPr>
        <w:drawing>
          <wp:anchor distT="0" distB="0" distL="114300" distR="114300" simplePos="0" relativeHeight="251522560" behindDoc="0" locked="0" layoutInCell="1" allowOverlap="1" wp14:anchorId="3913B5F6" wp14:editId="1E8C176D">
            <wp:simplePos x="0" y="0"/>
            <wp:positionH relativeFrom="column">
              <wp:posOffset>5010883</wp:posOffset>
            </wp:positionH>
            <wp:positionV relativeFrom="paragraph">
              <wp:posOffset>139944</wp:posOffset>
            </wp:positionV>
            <wp:extent cx="943610" cy="1151890"/>
            <wp:effectExtent l="0" t="0" r="8890" b="0"/>
            <wp:wrapNone/>
            <wp:docPr id="305082680" name="Image 8" descr="Une image contenant texte, capture d’écran, Bleu électriqu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82680" name="Image 8" descr="Une image contenant texte, capture d’écran, Bleu électrique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6E1" w:rsidRPr="00BC5D46">
        <w:rPr>
          <w:rFonts w:ascii="Aptos" w:hAnsi="Aptos"/>
          <w:noProof/>
        </w:rPr>
        <w:drawing>
          <wp:anchor distT="0" distB="0" distL="114300" distR="114300" simplePos="0" relativeHeight="251525632" behindDoc="0" locked="0" layoutInCell="1" allowOverlap="1" wp14:anchorId="2F1E4A1B" wp14:editId="7F6B65B8">
            <wp:simplePos x="0" y="0"/>
            <wp:positionH relativeFrom="column">
              <wp:posOffset>2414074</wp:posOffset>
            </wp:positionH>
            <wp:positionV relativeFrom="paragraph">
              <wp:posOffset>72634</wp:posOffset>
            </wp:positionV>
            <wp:extent cx="933450" cy="1151890"/>
            <wp:effectExtent l="0" t="0" r="0" b="0"/>
            <wp:wrapNone/>
            <wp:docPr id="899163908" name="Image 9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63908" name="Image 9" descr="Une image contenant texte, capture d’écran, Police, nomb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E1DF8" w14:textId="77091691" w:rsidR="00E546E1" w:rsidRPr="00BC5D46" w:rsidRDefault="003C26EC">
      <w:pPr>
        <w:rPr>
          <w:rFonts w:ascii="Aptos" w:hAnsi="Aptos"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22D2C44C" wp14:editId="2FD48F02">
                <wp:simplePos x="0" y="0"/>
                <wp:positionH relativeFrom="column">
                  <wp:posOffset>1124585</wp:posOffset>
                </wp:positionH>
                <wp:positionV relativeFrom="paragraph">
                  <wp:posOffset>160606</wp:posOffset>
                </wp:positionV>
                <wp:extent cx="858129" cy="309490"/>
                <wp:effectExtent l="0" t="0" r="0" b="0"/>
                <wp:wrapNone/>
                <wp:docPr id="52446321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129" cy="309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FE6A1" w14:textId="52730A65" w:rsidR="003C26EC" w:rsidRDefault="003C26EC">
                            <w:r>
                              <w:t>Power 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2C44C" id="_x0000_s1035" type="#_x0000_t202" style="position:absolute;margin-left:88.55pt;margin-top:12.65pt;width:67.55pt;height:24.3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" filled="f" stroked="f" strokeweight=".5pt">
                <v:textbox>
                  <w:txbxContent>
                    <w:p w14:paraId="4F4FE6A1" w14:textId="52730A65" w:rsidR="003C26EC" w:rsidRDefault="003C26EC">
                      <w:r>
                        <w:t>Power on</w:t>
                      </w:r>
                    </w:p>
                  </w:txbxContent>
                </v:textbox>
              </v:shape>
            </w:pict>
          </mc:Fallback>
        </mc:AlternateContent>
      </w: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7E6D416" wp14:editId="52B062D0">
                <wp:simplePos x="0" y="0"/>
                <wp:positionH relativeFrom="column">
                  <wp:posOffset>6083691</wp:posOffset>
                </wp:positionH>
                <wp:positionV relativeFrom="paragraph">
                  <wp:posOffset>119624</wp:posOffset>
                </wp:positionV>
                <wp:extent cx="1068656" cy="306851"/>
                <wp:effectExtent l="0" t="0" r="0" b="0"/>
                <wp:wrapNone/>
                <wp:docPr id="1795055124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656" cy="3068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AD036" w14:textId="5B26E922" w:rsidR="003C26EC" w:rsidRPr="003C26EC" w:rsidRDefault="003C26EC" w:rsidP="003C26EC">
                            <w:pPr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</w:rPr>
                              <w:t>Volume 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D416" id="_x0000_s1036" type="#_x0000_t202" style="position:absolute;margin-left:479.05pt;margin-top:9.4pt;width:84.15pt;height:24.1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" filled="f" stroked="f" strokeweight=".5pt">
                <v:textbox>
                  <w:txbxContent>
                    <w:p w14:paraId="070AD036" w14:textId="5B26E922" w:rsidR="003C26EC" w:rsidRPr="003C26EC" w:rsidRDefault="003C26EC" w:rsidP="003C26EC">
                      <w:pPr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</w:rPr>
                        <w:t>Volume down</w:t>
                      </w:r>
                    </w:p>
                  </w:txbxContent>
                </v:textbox>
              </v:shape>
            </w:pict>
          </mc:Fallback>
        </mc:AlternateContent>
      </w: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02519C42" wp14:editId="53CB9B5B">
                <wp:simplePos x="0" y="0"/>
                <wp:positionH relativeFrom="column">
                  <wp:posOffset>6443003</wp:posOffset>
                </wp:positionH>
                <wp:positionV relativeFrom="paragraph">
                  <wp:posOffset>118892</wp:posOffset>
                </wp:positionV>
                <wp:extent cx="393895" cy="194408"/>
                <wp:effectExtent l="0" t="0" r="0" b="0"/>
                <wp:wrapNone/>
                <wp:docPr id="1001160391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895" cy="194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0ACD6" w14:textId="77777777" w:rsidR="003C26EC" w:rsidRDefault="003C26EC" w:rsidP="003C26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19C42" id="_x0000_s1037" type="#_x0000_t202" style="position:absolute;margin-left:507.3pt;margin-top:9.35pt;width:31pt;height:15.3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" filled="f" stroked="f" strokeweight=".5pt">
                <v:textbox>
                  <w:txbxContent>
                    <w:p w14:paraId="37C0ACD6" w14:textId="77777777" w:rsidR="003C26EC" w:rsidRDefault="003C26EC" w:rsidP="003C26EC"/>
                  </w:txbxContent>
                </v:textbox>
              </v:shape>
            </w:pict>
          </mc:Fallback>
        </mc:AlternateContent>
      </w:r>
      <w:r w:rsidR="00E546E1"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1753A71C" wp14:editId="4513CB13">
                <wp:simplePos x="0" y="0"/>
                <wp:positionH relativeFrom="column">
                  <wp:posOffset>5887769</wp:posOffset>
                </wp:positionH>
                <wp:positionV relativeFrom="paragraph">
                  <wp:posOffset>122555</wp:posOffset>
                </wp:positionV>
                <wp:extent cx="256540" cy="271780"/>
                <wp:effectExtent l="0" t="0" r="0" b="0"/>
                <wp:wrapNone/>
                <wp:docPr id="665807709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DAE7F" w14:textId="77777777" w:rsidR="00E546E1" w:rsidRPr="005B278A" w:rsidRDefault="00E546E1" w:rsidP="00E546E1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5B278A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3A71C" id="_x0000_s1038" type="#_x0000_t202" style="position:absolute;margin-left:463.6pt;margin-top:9.65pt;width:20.2pt;height:21.4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" filled="f" stroked="f" strokeweight=".5pt">
                <v:textbox>
                  <w:txbxContent>
                    <w:p w14:paraId="7A8DAE7F" w14:textId="77777777" w:rsidR="00E546E1" w:rsidRPr="005B278A" w:rsidRDefault="00E546E1" w:rsidP="00E546E1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5B278A">
                        <w:rPr>
                          <w:color w:val="FFFFFF" w:themeColor="background1"/>
                          <w:sz w:val="16"/>
                          <w:szCs w:val="16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E546E1"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06E3C7DD" wp14:editId="236269A7">
                <wp:simplePos x="0" y="0"/>
                <wp:positionH relativeFrom="column">
                  <wp:posOffset>759460</wp:posOffset>
                </wp:positionH>
                <wp:positionV relativeFrom="paragraph">
                  <wp:posOffset>193724</wp:posOffset>
                </wp:positionV>
                <wp:extent cx="256540" cy="250998"/>
                <wp:effectExtent l="0" t="0" r="0" b="0"/>
                <wp:wrapNone/>
                <wp:docPr id="860577589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" cy="2509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80696" w14:textId="77777777" w:rsidR="00E546E1" w:rsidRPr="00E31991" w:rsidRDefault="00E546E1" w:rsidP="00E546E1">
                            <w:pPr>
                              <w:jc w:val="both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31991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①</w:t>
                            </w:r>
                          </w:p>
                          <w:p w14:paraId="05F17EBD" w14:textId="77777777" w:rsidR="00E546E1" w:rsidRPr="00E31991" w:rsidRDefault="00E546E1" w:rsidP="00E546E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3C7DD" id="_x0000_s1039" type="#_x0000_t202" style="position:absolute;margin-left:59.8pt;margin-top:15.25pt;width:20.2pt;height:19.7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" filled="f" stroked="f" strokeweight=".5pt">
                <v:textbox>
                  <w:txbxContent>
                    <w:p w14:paraId="23080696" w14:textId="77777777" w:rsidR="00E546E1" w:rsidRPr="00E31991" w:rsidRDefault="00E546E1" w:rsidP="00E546E1">
                      <w:pPr>
                        <w:jc w:val="both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E31991">
                        <w:rPr>
                          <w:color w:val="FFFFFF" w:themeColor="background1"/>
                          <w:sz w:val="16"/>
                          <w:szCs w:val="16"/>
                        </w:rPr>
                        <w:t>①</w:t>
                      </w:r>
                    </w:p>
                    <w:p w14:paraId="05F17EBD" w14:textId="77777777" w:rsidR="00E546E1" w:rsidRPr="00E31991" w:rsidRDefault="00E546E1" w:rsidP="00E546E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6E1"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0D373C18" wp14:editId="117BE5AA">
                <wp:simplePos x="0" y="0"/>
                <wp:positionH relativeFrom="column">
                  <wp:posOffset>984641</wp:posOffset>
                </wp:positionH>
                <wp:positionV relativeFrom="paragraph">
                  <wp:posOffset>301576</wp:posOffset>
                </wp:positionV>
                <wp:extent cx="203981" cy="0"/>
                <wp:effectExtent l="38100" t="76200" r="0" b="95250"/>
                <wp:wrapNone/>
                <wp:docPr id="67074742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98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D928C7" id="Connecteur droit avec flèche 15" o:spid="_x0000_s1026" type="#_x0000_t32" style="position:absolute;margin-left:77.55pt;margin-top:23.75pt;width:16.05pt;height:0;flip:x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" strokecolor="black [3040]">
                <v:stroke endarrow="block"/>
              </v:shape>
            </w:pict>
          </mc:Fallback>
        </mc:AlternateContent>
      </w:r>
    </w:p>
    <w:p w14:paraId="36BBB8BC" w14:textId="72534940" w:rsidR="00E546E1" w:rsidRPr="00BC5D46" w:rsidRDefault="00E546E1">
      <w:pPr>
        <w:rPr>
          <w:rFonts w:ascii="Aptos" w:hAnsi="Aptos"/>
        </w:rPr>
      </w:pPr>
    </w:p>
    <w:p w14:paraId="11EDA5D6" w14:textId="70C22E6E" w:rsidR="00E546E1" w:rsidRPr="00BC5D46" w:rsidRDefault="00E546E1">
      <w:pPr>
        <w:rPr>
          <w:rFonts w:ascii="Aptos" w:hAnsi="Aptos"/>
        </w:rPr>
      </w:pPr>
    </w:p>
    <w:p w14:paraId="2FD25451" w14:textId="014C1873" w:rsidR="00E546E1" w:rsidRPr="00BC5D46" w:rsidRDefault="003C26EC">
      <w:pPr>
        <w:rPr>
          <w:rFonts w:ascii="Aptos" w:hAnsi="Aptos"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1F0F6406" wp14:editId="002F4291">
                <wp:simplePos x="0" y="0"/>
                <wp:positionH relativeFrom="column">
                  <wp:posOffset>1567864</wp:posOffset>
                </wp:positionH>
                <wp:positionV relativeFrom="paragraph">
                  <wp:posOffset>305435</wp:posOffset>
                </wp:positionV>
                <wp:extent cx="695960" cy="384175"/>
                <wp:effectExtent l="0" t="0" r="0" b="0"/>
                <wp:wrapNone/>
                <wp:docPr id="73679054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BF028" w14:textId="7C11BDD3" w:rsidR="003C26EC" w:rsidRPr="003C26EC" w:rsidRDefault="00997E91" w:rsidP="003C26EC">
                            <w:pPr>
                              <w:rPr>
                                <w:rFonts w:ascii="Aptos" w:hAnsi="Aptos"/>
                              </w:rPr>
                            </w:pPr>
                            <w:r>
                              <w:t>S</w:t>
                            </w:r>
                            <w:r w:rsidR="003C26EC">
                              <w:t>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F6406" id="_x0000_s1040" type="#_x0000_t202" style="position:absolute;margin-left:123.45pt;margin-top:24.05pt;width:54.8pt;height:30.2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" filled="f" stroked="f" strokeweight=".5pt">
                <v:textbox>
                  <w:txbxContent>
                    <w:p w14:paraId="443BF028" w14:textId="7C11BDD3" w:rsidR="003C26EC" w:rsidRPr="003C26EC" w:rsidRDefault="00997E91" w:rsidP="003C26EC">
                      <w:pPr>
                        <w:rPr>
                          <w:rFonts w:ascii="Aptos" w:hAnsi="Aptos"/>
                        </w:rPr>
                      </w:pPr>
                      <w:r>
                        <w:t>S</w:t>
                      </w:r>
                      <w:r w:rsidR="003C26EC">
                        <w:t>elect</w:t>
                      </w:r>
                    </w:p>
                  </w:txbxContent>
                </v:textbox>
              </v:shape>
            </w:pict>
          </mc:Fallback>
        </mc:AlternateContent>
      </w:r>
      <w:r w:rsidR="00E546E1"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4B1B36C4" wp14:editId="69D07DA8">
                <wp:simplePos x="0" y="0"/>
                <wp:positionH relativeFrom="column">
                  <wp:posOffset>3812296</wp:posOffset>
                </wp:positionH>
                <wp:positionV relativeFrom="paragraph">
                  <wp:posOffset>9232</wp:posOffset>
                </wp:positionV>
                <wp:extent cx="851647" cy="0"/>
                <wp:effectExtent l="38100" t="76200" r="24765" b="133350"/>
                <wp:wrapNone/>
                <wp:docPr id="418525103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164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C1C0D3" id="Connecteur droit avec flèche 10" o:spid="_x0000_s1026" type="#_x0000_t32" style="position:absolute;margin-left:300.2pt;margin-top:.75pt;width:67.05pt;height:0;z-index:2515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E546E1"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34148DCA" wp14:editId="7E717EB4">
                <wp:simplePos x="0" y="0"/>
                <wp:positionH relativeFrom="column">
                  <wp:posOffset>2486074</wp:posOffset>
                </wp:positionH>
                <wp:positionV relativeFrom="paragraph">
                  <wp:posOffset>297180</wp:posOffset>
                </wp:positionV>
                <wp:extent cx="344805" cy="296545"/>
                <wp:effectExtent l="0" t="0" r="0" b="0"/>
                <wp:wrapNone/>
                <wp:docPr id="1727315947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34482" w14:textId="77777777" w:rsidR="00E546E1" w:rsidRPr="00BB13B3" w:rsidRDefault="00E546E1" w:rsidP="00E546E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B13B3">
                              <w:rPr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48DCA" id="_x0000_s1041" type="#_x0000_t202" style="position:absolute;margin-left:195.75pt;margin-top:23.4pt;width:27.15pt;height:23.3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" filled="f" stroked="f" strokeweight=".5pt">
                <v:textbox>
                  <w:txbxContent>
                    <w:p w14:paraId="19034482" w14:textId="77777777" w:rsidR="00E546E1" w:rsidRPr="00BB13B3" w:rsidRDefault="00E546E1" w:rsidP="00E546E1">
                      <w:pPr>
                        <w:rPr>
                          <w:sz w:val="24"/>
                          <w:szCs w:val="24"/>
                        </w:rPr>
                      </w:pPr>
                      <w:r w:rsidRPr="00BB13B3">
                        <w:rPr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E546E1"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17A08C77" wp14:editId="6316B613">
                <wp:simplePos x="0" y="0"/>
                <wp:positionH relativeFrom="column">
                  <wp:posOffset>1192432</wp:posOffset>
                </wp:positionH>
                <wp:positionV relativeFrom="paragraph">
                  <wp:posOffset>8597</wp:posOffset>
                </wp:positionV>
                <wp:extent cx="851647" cy="0"/>
                <wp:effectExtent l="38100" t="76200" r="24765" b="133350"/>
                <wp:wrapNone/>
                <wp:docPr id="1996370389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164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50DCF2" id="Connecteur droit avec flèche 10" o:spid="_x0000_s1026" type="#_x0000_t32" style="position:absolute;margin-left:93.9pt;margin-top:.7pt;width:67.05pt;height:0;z-index:2515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256007BA" w14:textId="61C4D46E" w:rsidR="00E546E1" w:rsidRPr="00BC5D46" w:rsidRDefault="009F70FB">
      <w:pPr>
        <w:rPr>
          <w:rFonts w:ascii="Aptos" w:hAnsi="Aptos"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015D8908" wp14:editId="2B6B6E73">
                <wp:simplePos x="0" y="0"/>
                <wp:positionH relativeFrom="column">
                  <wp:posOffset>6217617</wp:posOffset>
                </wp:positionH>
                <wp:positionV relativeFrom="paragraph">
                  <wp:posOffset>116195</wp:posOffset>
                </wp:positionV>
                <wp:extent cx="752475" cy="653500"/>
                <wp:effectExtent l="0" t="0" r="0" b="0"/>
                <wp:wrapNone/>
                <wp:docPr id="601064264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65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EB649" w14:textId="75C8446B" w:rsidR="009F70FB" w:rsidRPr="003C26EC" w:rsidRDefault="009F70FB" w:rsidP="006065F3">
                            <w:pPr>
                              <w:jc w:val="center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</w:rPr>
                              <w:t>Return</w:t>
                            </w:r>
                            <w:r w:rsidR="001A3D1C">
                              <w:rPr>
                                <w:rFonts w:ascii="Aptos" w:hAnsi="Aptos"/>
                              </w:rPr>
                              <w:t xml:space="preserve"> to the </w:t>
                            </w:r>
                            <w:r w:rsidR="006065F3">
                              <w:rPr>
                                <w:rFonts w:ascii="Aptos" w:hAnsi="Aptos"/>
                              </w:rPr>
                              <w:t>Stream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D8908" id="_x0000_s1042" type="#_x0000_t202" style="position:absolute;margin-left:489.6pt;margin-top:9.15pt;width:59.25pt;height:51.4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ACIGgIAADM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" filled="f" stroked="f" strokeweight=".5pt">
                <v:textbox>
                  <w:txbxContent>
                    <w:p w14:paraId="59CEB649" w14:textId="75C8446B" w:rsidR="009F70FB" w:rsidRPr="003C26EC" w:rsidRDefault="009F70FB" w:rsidP="006065F3">
                      <w:pPr>
                        <w:jc w:val="center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</w:rPr>
                        <w:t>Return</w:t>
                      </w:r>
                      <w:r w:rsidR="001A3D1C">
                        <w:rPr>
                          <w:rFonts w:ascii="Aptos" w:hAnsi="Aptos"/>
                        </w:rPr>
                        <w:t xml:space="preserve"> to the </w:t>
                      </w:r>
                      <w:r w:rsidR="006065F3">
                        <w:rPr>
                          <w:rFonts w:ascii="Aptos" w:hAnsi="Aptos"/>
                        </w:rPr>
                        <w:t>Stream list</w:t>
                      </w:r>
                    </w:p>
                  </w:txbxContent>
                </v:textbox>
              </v:shape>
            </w:pict>
          </mc:Fallback>
        </mc:AlternateContent>
      </w: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6EA6BF0E" wp14:editId="57167CDE">
                <wp:simplePos x="0" y="0"/>
                <wp:positionH relativeFrom="column">
                  <wp:posOffset>5577205</wp:posOffset>
                </wp:positionH>
                <wp:positionV relativeFrom="paragraph">
                  <wp:posOffset>301625</wp:posOffset>
                </wp:positionV>
                <wp:extent cx="337820" cy="309245"/>
                <wp:effectExtent l="0" t="0" r="0" b="0"/>
                <wp:wrapNone/>
                <wp:docPr id="1883214480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6B768" w14:textId="77777777" w:rsidR="009F70FB" w:rsidRPr="005976AE" w:rsidRDefault="009F70FB" w:rsidP="009F70F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③</w:t>
                            </w:r>
                          </w:p>
                          <w:p w14:paraId="03C7072C" w14:textId="77777777" w:rsidR="009F70FB" w:rsidRDefault="009F70FB" w:rsidP="009F70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6BF0E" id="_x0000_s1043" type="#_x0000_t202" style="position:absolute;margin-left:439.15pt;margin-top:23.75pt;width:26.6pt;height:24.3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" filled="f" stroked="f" strokeweight=".5pt">
                <v:textbox>
                  <w:txbxContent>
                    <w:p w14:paraId="7256B768" w14:textId="77777777" w:rsidR="009F70FB" w:rsidRPr="005976AE" w:rsidRDefault="009F70FB" w:rsidP="009F70F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t>③</w:t>
                      </w:r>
                    </w:p>
                    <w:p w14:paraId="03C7072C" w14:textId="77777777" w:rsidR="009F70FB" w:rsidRDefault="009F70FB" w:rsidP="009F70FB"/>
                  </w:txbxContent>
                </v:textbox>
              </v:shape>
            </w:pict>
          </mc:Fallback>
        </mc:AlternateContent>
      </w:r>
      <w:r w:rsidR="003C26EC"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646EAD80" wp14:editId="663277B8">
                <wp:simplePos x="0" y="0"/>
                <wp:positionH relativeFrom="column">
                  <wp:posOffset>3924935</wp:posOffset>
                </wp:positionH>
                <wp:positionV relativeFrom="paragraph">
                  <wp:posOffset>85774</wp:posOffset>
                </wp:positionV>
                <wp:extent cx="1160584" cy="414752"/>
                <wp:effectExtent l="0" t="0" r="0" b="4445"/>
                <wp:wrapNone/>
                <wp:docPr id="1559240575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584" cy="4147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975EF" w14:textId="20C79406" w:rsidR="003C26EC" w:rsidRPr="003C26EC" w:rsidRDefault="003C26EC" w:rsidP="003C26EC">
                            <w:pPr>
                              <w:rPr>
                                <w:rFonts w:ascii="Aptos" w:hAnsi="Aptos"/>
                              </w:rPr>
                            </w:pPr>
                            <w:r w:rsidRPr="003C26EC">
                              <w:rPr>
                                <w:rFonts w:ascii="Aptos" w:hAnsi="Aptos"/>
                              </w:rPr>
                              <w:t>Play</w:t>
                            </w:r>
                            <w:r>
                              <w:rPr>
                                <w:rFonts w:ascii="Aptos" w:hAnsi="Aptos"/>
                              </w:rPr>
                              <w:t xml:space="preserve"> </w:t>
                            </w:r>
                            <w:r w:rsidRPr="003C26EC">
                              <w:rPr>
                                <w:rFonts w:ascii="Aptos" w:hAnsi="Aptos"/>
                              </w:rPr>
                              <w:t>/ Pause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EAD80" id="_x0000_s1044" type="#_x0000_t202" style="position:absolute;margin-left:309.05pt;margin-top:6.75pt;width:91.4pt;height:32.6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" filled="f" stroked="f" strokeweight=".5pt">
                <v:textbox>
                  <w:txbxContent>
                    <w:p w14:paraId="432975EF" w14:textId="20C79406" w:rsidR="003C26EC" w:rsidRPr="003C26EC" w:rsidRDefault="003C26EC" w:rsidP="003C26EC">
                      <w:pPr>
                        <w:rPr>
                          <w:rFonts w:ascii="Aptos" w:hAnsi="Aptos"/>
                        </w:rPr>
                      </w:pPr>
                      <w:r w:rsidRPr="003C26EC">
                        <w:rPr>
                          <w:rFonts w:ascii="Aptos" w:hAnsi="Aptos"/>
                        </w:rPr>
                        <w:t>Play</w:t>
                      </w:r>
                      <w:r>
                        <w:rPr>
                          <w:rFonts w:ascii="Aptos" w:hAnsi="Aptos"/>
                        </w:rPr>
                        <w:t xml:space="preserve"> </w:t>
                      </w:r>
                      <w:r w:rsidRPr="003C26EC">
                        <w:rPr>
                          <w:rFonts w:ascii="Aptos" w:hAnsi="Aptos"/>
                        </w:rPr>
                        <w:t>/ Pause</w:t>
                      </w:r>
                    </w:p>
                  </w:txbxContent>
                </v:textbox>
              </v:shape>
            </w:pict>
          </mc:Fallback>
        </mc:AlternateContent>
      </w:r>
      <w:r w:rsidR="003C26EC"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6323C534" wp14:editId="3927B0FA">
                <wp:simplePos x="0" y="0"/>
                <wp:positionH relativeFrom="column">
                  <wp:posOffset>4775982</wp:posOffset>
                </wp:positionH>
                <wp:positionV relativeFrom="paragraph">
                  <wp:posOffset>226890</wp:posOffset>
                </wp:positionV>
                <wp:extent cx="365760" cy="0"/>
                <wp:effectExtent l="0" t="76200" r="15240" b="95250"/>
                <wp:wrapNone/>
                <wp:docPr id="778963692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A17DB" id="Connecteur droit avec flèche 20" o:spid="_x0000_s1026" type="#_x0000_t32" style="position:absolute;margin-left:376.05pt;margin-top:17.85pt;width:28.8pt;height:0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" strokecolor="black [3040]">
                <v:stroke endarrow="block"/>
              </v:shape>
            </w:pict>
          </mc:Fallback>
        </mc:AlternateContent>
      </w:r>
      <w:r w:rsidR="003C26EC"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671DA985" wp14:editId="42BD2636">
                <wp:simplePos x="0" y="0"/>
                <wp:positionH relativeFrom="column">
                  <wp:posOffset>2956560</wp:posOffset>
                </wp:positionH>
                <wp:positionV relativeFrom="paragraph">
                  <wp:posOffset>229186</wp:posOffset>
                </wp:positionV>
                <wp:extent cx="337820" cy="309245"/>
                <wp:effectExtent l="0" t="0" r="0" b="0"/>
                <wp:wrapNone/>
                <wp:docPr id="1485272349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EEF12" w14:textId="77777777" w:rsidR="00E546E1" w:rsidRPr="005976AE" w:rsidRDefault="00E546E1" w:rsidP="00E546E1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③</w:t>
                            </w:r>
                          </w:p>
                          <w:p w14:paraId="71565B8E" w14:textId="77777777" w:rsidR="00E546E1" w:rsidRDefault="00E546E1" w:rsidP="00E5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DA985" id="_x0000_s1045" type="#_x0000_t202" style="position:absolute;margin-left:232.8pt;margin-top:18.05pt;width:26.6pt;height:24.35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" filled="f" stroked="f" strokeweight=".5pt">
                <v:textbox>
                  <w:txbxContent>
                    <w:p w14:paraId="28EEEF12" w14:textId="77777777" w:rsidR="00E546E1" w:rsidRPr="005976AE" w:rsidRDefault="00E546E1" w:rsidP="00E546E1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t>③</w:t>
                      </w:r>
                    </w:p>
                    <w:p w14:paraId="71565B8E" w14:textId="77777777" w:rsidR="00E546E1" w:rsidRDefault="00E546E1" w:rsidP="00E546E1"/>
                  </w:txbxContent>
                </v:textbox>
              </v:shape>
            </w:pict>
          </mc:Fallback>
        </mc:AlternateContent>
      </w:r>
      <w:r w:rsidR="00E546E1"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29A8CEB4" wp14:editId="6D6FB2B7">
                <wp:simplePos x="0" y="0"/>
                <wp:positionH relativeFrom="column">
                  <wp:posOffset>5083908</wp:posOffset>
                </wp:positionH>
                <wp:positionV relativeFrom="paragraph">
                  <wp:posOffset>72634</wp:posOffset>
                </wp:positionV>
                <wp:extent cx="344805" cy="296545"/>
                <wp:effectExtent l="0" t="0" r="0" b="0"/>
                <wp:wrapNone/>
                <wp:docPr id="1859674051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DD69C" w14:textId="77777777" w:rsidR="00E546E1" w:rsidRPr="00BB13B3" w:rsidRDefault="00E546E1" w:rsidP="00E546E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B13B3">
                              <w:rPr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8CEB4" id="_x0000_s1046" type="#_x0000_t202" style="position:absolute;margin-left:400.3pt;margin-top:5.7pt;width:27.15pt;height:23.3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" filled="f" stroked="f" strokeweight=".5pt">
                <v:textbox>
                  <w:txbxContent>
                    <w:p w14:paraId="370DD69C" w14:textId="77777777" w:rsidR="00E546E1" w:rsidRPr="00BB13B3" w:rsidRDefault="00E546E1" w:rsidP="00E546E1">
                      <w:pPr>
                        <w:rPr>
                          <w:sz w:val="24"/>
                          <w:szCs w:val="24"/>
                        </w:rPr>
                      </w:pPr>
                      <w:r w:rsidRPr="00BB13B3">
                        <w:rPr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E546E1"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34A4BCB6" wp14:editId="71281329">
                <wp:simplePos x="0" y="0"/>
                <wp:positionH relativeFrom="column">
                  <wp:posOffset>2046409</wp:posOffset>
                </wp:positionH>
                <wp:positionV relativeFrom="paragraph">
                  <wp:posOffset>127879</wp:posOffset>
                </wp:positionV>
                <wp:extent cx="520504" cy="0"/>
                <wp:effectExtent l="0" t="76200" r="13335" b="95250"/>
                <wp:wrapNone/>
                <wp:docPr id="1217325029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50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5301D0" id="Connecteur droit avec flèche 16" o:spid="_x0000_s1026" type="#_x0000_t32" style="position:absolute;margin-left:161.15pt;margin-top:10.05pt;width:41pt;height:0;z-index:2515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" strokecolor="black [3040]">
                <v:stroke endarrow="block"/>
              </v:shape>
            </w:pict>
          </mc:Fallback>
        </mc:AlternateContent>
      </w:r>
    </w:p>
    <w:p w14:paraId="781422A9" w14:textId="777724BE" w:rsidR="00E546E1" w:rsidRPr="00BC5D46" w:rsidRDefault="009F70FB">
      <w:pPr>
        <w:rPr>
          <w:rFonts w:ascii="Aptos" w:hAnsi="Aptos"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63B68AFB" wp14:editId="08ACA0CA">
                <wp:simplePos x="0" y="0"/>
                <wp:positionH relativeFrom="column">
                  <wp:posOffset>5837555</wp:posOffset>
                </wp:positionH>
                <wp:positionV relativeFrom="paragraph">
                  <wp:posOffset>111760</wp:posOffset>
                </wp:positionV>
                <wp:extent cx="478301" cy="440"/>
                <wp:effectExtent l="38100" t="76200" r="0" b="95250"/>
                <wp:wrapNone/>
                <wp:docPr id="579789045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8301" cy="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B334EA" id="Connecteur droit avec flèche 24" o:spid="_x0000_s1026" type="#_x0000_t32" style="position:absolute;margin-left:459.65pt;margin-top:8.8pt;width:37.65pt;height:.05pt;flip:x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" strokecolor="black [3040]">
                <v:stroke endarrow="block"/>
              </v:shape>
            </w:pict>
          </mc:Fallback>
        </mc:AlternateContent>
      </w:r>
      <w:r w:rsidR="003C26EC"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3270957D" wp14:editId="2C748F5B">
                <wp:simplePos x="0" y="0"/>
                <wp:positionH relativeFrom="column">
                  <wp:posOffset>3221502</wp:posOffset>
                </wp:positionH>
                <wp:positionV relativeFrom="paragraph">
                  <wp:posOffset>41666</wp:posOffset>
                </wp:positionV>
                <wp:extent cx="471267" cy="530225"/>
                <wp:effectExtent l="38100" t="76200" r="24130" b="22225"/>
                <wp:wrapNone/>
                <wp:docPr id="421081328" name="Connecteur : en 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1267" cy="53022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65D4F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22" o:spid="_x0000_s1026" type="#_x0000_t34" style="position:absolute;margin-left:253.65pt;margin-top:3.3pt;width:37.1pt;height:41.75pt;flip:x y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" strokecolor="black [3040]">
                <v:stroke endarrow="block"/>
              </v:shape>
            </w:pict>
          </mc:Fallback>
        </mc:AlternateContent>
      </w:r>
    </w:p>
    <w:p w14:paraId="690A2B85" w14:textId="7AA6FDFF" w:rsidR="00E546E1" w:rsidRPr="00BC5D46" w:rsidRDefault="003C26EC">
      <w:pPr>
        <w:rPr>
          <w:rFonts w:ascii="Aptos" w:hAnsi="Aptos"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20CD0AC3" wp14:editId="6BC5BB12">
                <wp:simplePos x="0" y="0"/>
                <wp:positionH relativeFrom="column">
                  <wp:posOffset>3649980</wp:posOffset>
                </wp:positionH>
                <wp:positionV relativeFrom="paragraph">
                  <wp:posOffset>114886</wp:posOffset>
                </wp:positionV>
                <wp:extent cx="752622" cy="260253"/>
                <wp:effectExtent l="0" t="0" r="0" b="6985"/>
                <wp:wrapNone/>
                <wp:docPr id="1329332341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622" cy="260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14E0E" w14:textId="63D197FD" w:rsidR="003C26EC" w:rsidRPr="003C26EC" w:rsidRDefault="003C26EC" w:rsidP="003C26EC">
                            <w:pPr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</w:rPr>
                              <w:t>Navigate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0AC3" id="_x0000_s1047" type="#_x0000_t202" style="position:absolute;margin-left:287.4pt;margin-top:9.05pt;width:59.25pt;height:20.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" filled="f" stroked="f" strokeweight=".5pt">
                <v:textbox>
                  <w:txbxContent>
                    <w:p w14:paraId="5E014E0E" w14:textId="63D197FD" w:rsidR="003C26EC" w:rsidRPr="003C26EC" w:rsidRDefault="003C26EC" w:rsidP="003C26EC">
                      <w:pPr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</w:rPr>
                        <w:t>Navigate</w:t>
                      </w:r>
                    </w:p>
                  </w:txbxContent>
                </v:textbox>
              </v:shape>
            </w:pict>
          </mc:Fallback>
        </mc:AlternateContent>
      </w:r>
    </w:p>
    <w:p w14:paraId="68F23B50" w14:textId="7F3A100F" w:rsidR="00E546E1" w:rsidRPr="00BC5D46" w:rsidRDefault="00E546E1">
      <w:pPr>
        <w:rPr>
          <w:rFonts w:ascii="Aptos" w:hAnsi="Aptos"/>
        </w:rPr>
      </w:pPr>
    </w:p>
    <w:p w14:paraId="529D5C04" w14:textId="4C761EB6" w:rsidR="00114C23" w:rsidRPr="00BC5D46" w:rsidRDefault="00CE1EC0">
      <w:pPr>
        <w:jc w:val="center"/>
        <w:rPr>
          <w:rFonts w:ascii="Aptos" w:hAnsi="Aptos"/>
        </w:rPr>
      </w:pPr>
      <w:r w:rsidRPr="00BC5D46">
        <w:rPr>
          <w:rFonts w:ascii="Aptos" w:hAnsi="Aptos"/>
          <w:i/>
        </w:rPr>
        <w:t xml:space="preserve">Figure – </w:t>
      </w:r>
      <w:r w:rsidR="003C26EC" w:rsidRPr="00BC5D46">
        <w:rPr>
          <w:rFonts w:ascii="Aptos" w:hAnsi="Aptos"/>
          <w:i/>
        </w:rPr>
        <w:t xml:space="preserve">Quick Start </w:t>
      </w:r>
    </w:p>
    <w:p w14:paraId="14D645A1" w14:textId="77777777" w:rsidR="004D1F29" w:rsidRDefault="004D1F29">
      <w:pPr>
        <w:pStyle w:val="Titre1"/>
        <w:rPr>
          <w:rFonts w:ascii="Aptos" w:hAnsi="Aptos"/>
        </w:rPr>
      </w:pPr>
    </w:p>
    <w:p w14:paraId="3B2B2C96" w14:textId="77777777" w:rsidR="005D15B7" w:rsidRDefault="005D15B7" w:rsidP="005D15B7"/>
    <w:p w14:paraId="5BA39740" w14:textId="77777777" w:rsidR="005D15B7" w:rsidRDefault="005D15B7" w:rsidP="005D15B7"/>
    <w:p w14:paraId="6D35E6CB" w14:textId="77777777" w:rsidR="005D15B7" w:rsidRPr="005D15B7" w:rsidRDefault="005D15B7" w:rsidP="005D15B7"/>
    <w:p w14:paraId="1D6647D5" w14:textId="7B39F25F" w:rsidR="00114C23" w:rsidRPr="00BC5D46" w:rsidRDefault="00CE1EC0">
      <w:pPr>
        <w:pStyle w:val="Titre1"/>
        <w:rPr>
          <w:rFonts w:ascii="Aptos" w:hAnsi="Aptos"/>
        </w:rPr>
      </w:pPr>
      <w:bookmarkStart w:id="3" w:name="_Toc207283905"/>
      <w:r w:rsidRPr="00BC5D46">
        <w:rPr>
          <w:rFonts w:ascii="Aptos" w:hAnsi="Aptos"/>
        </w:rPr>
        <w:t>Part 2 — Change the language</w:t>
      </w:r>
      <w:bookmarkEnd w:id="3"/>
    </w:p>
    <w:p w14:paraId="7985EB2C" w14:textId="77777777" w:rsidR="004D1F29" w:rsidRPr="00BC5D46" w:rsidRDefault="004D1F29" w:rsidP="004D1F29">
      <w:pPr>
        <w:rPr>
          <w:rFonts w:ascii="Aptos" w:hAnsi="Aptos"/>
        </w:rPr>
      </w:pPr>
      <w:r w:rsidRPr="00BC5D46">
        <w:rPr>
          <w:rFonts w:ascii="Aptos" w:hAnsi="Aptos"/>
        </w:rPr>
        <w:t>Goal: switch UI language for labels and prompts.</w:t>
      </w:r>
    </w:p>
    <w:p w14:paraId="219BE462" w14:textId="77777777" w:rsidR="004D1F29" w:rsidRPr="00BC5D46" w:rsidRDefault="004D1F29" w:rsidP="004D1F29">
      <w:pPr>
        <w:pStyle w:val="Listenumro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</w:rPr>
        <w:t>1. From any screen, press and hold Menu + Play/Pause for ~1 second to open Language screen.</w:t>
      </w:r>
    </w:p>
    <w:p w14:paraId="74953E91" w14:textId="77777777" w:rsidR="004D1F29" w:rsidRPr="00BC5D46" w:rsidRDefault="004D1F29" w:rsidP="004D1F29">
      <w:pPr>
        <w:pStyle w:val="Listenumro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</w:rPr>
        <w:t xml:space="preserve">2. Select the desired language, FR / EN / ES (touch or press ③ to navigate). </w:t>
      </w:r>
    </w:p>
    <w:p w14:paraId="6FEFFF82" w14:textId="75CC565E" w:rsidR="004D1F29" w:rsidRPr="00BC5D46" w:rsidRDefault="004D1F29" w:rsidP="005D15B7">
      <w:pPr>
        <w:pStyle w:val="Listenumro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</w:rPr>
        <w:t xml:space="preserve">3. Confirm with a tap or press </w:t>
      </w:r>
      <w:r w:rsidR="00391B5B" w:rsidRPr="00BC5D46">
        <w:rPr>
          <w:rFonts w:ascii="Aptos" w:hAnsi="Aptos"/>
          <w:sz w:val="24"/>
          <w:szCs w:val="24"/>
        </w:rPr>
        <w:t>②</w:t>
      </w:r>
      <w:r w:rsidRPr="00BC5D46">
        <w:rPr>
          <w:rFonts w:ascii="Aptos" w:hAnsi="Aptos"/>
          <w:sz w:val="24"/>
          <w:szCs w:val="24"/>
        </w:rPr>
        <w:t>.</w:t>
      </w:r>
    </w:p>
    <w:p w14:paraId="6529FF08" w14:textId="7A54673F" w:rsidR="004D1F29" w:rsidRPr="00BC5D46" w:rsidRDefault="004D1F29" w:rsidP="004D1F29">
      <w:pPr>
        <w:rPr>
          <w:rFonts w:ascii="Aptos" w:hAnsi="Aptos"/>
        </w:rPr>
      </w:pPr>
    </w:p>
    <w:p w14:paraId="7D14F40A" w14:textId="0B2730C0" w:rsidR="00114C23" w:rsidRDefault="00114C23" w:rsidP="004D1F29">
      <w:pPr>
        <w:pStyle w:val="Listepuces"/>
        <w:numPr>
          <w:ilvl w:val="0"/>
          <w:numId w:val="0"/>
        </w:numPr>
        <w:ind w:left="360" w:hanging="360"/>
        <w:rPr>
          <w:rFonts w:ascii="Aptos" w:hAnsi="Aptos"/>
        </w:rPr>
      </w:pPr>
    </w:p>
    <w:p w14:paraId="78010208" w14:textId="77777777" w:rsidR="005D15B7" w:rsidRDefault="005D15B7" w:rsidP="004D1F29">
      <w:pPr>
        <w:pStyle w:val="Listepuces"/>
        <w:numPr>
          <w:ilvl w:val="0"/>
          <w:numId w:val="0"/>
        </w:numPr>
        <w:ind w:left="360" w:hanging="360"/>
        <w:rPr>
          <w:rFonts w:ascii="Aptos" w:hAnsi="Aptos"/>
        </w:rPr>
      </w:pPr>
    </w:p>
    <w:p w14:paraId="7E5850C7" w14:textId="77777777" w:rsidR="005D15B7" w:rsidRPr="00BC5D46" w:rsidRDefault="005D15B7" w:rsidP="004D1F29">
      <w:pPr>
        <w:pStyle w:val="Listepuces"/>
        <w:numPr>
          <w:ilvl w:val="0"/>
          <w:numId w:val="0"/>
        </w:numPr>
        <w:ind w:left="360" w:hanging="360"/>
        <w:rPr>
          <w:rFonts w:ascii="Aptos" w:hAnsi="Aptos"/>
        </w:rPr>
      </w:pPr>
    </w:p>
    <w:p w14:paraId="65143017" w14:textId="05057069" w:rsidR="004D1F29" w:rsidRPr="00BC5D46" w:rsidRDefault="004D1F29" w:rsidP="00D638D7">
      <w:pPr>
        <w:pStyle w:val="Listepuces"/>
        <w:numPr>
          <w:ilvl w:val="0"/>
          <w:numId w:val="0"/>
        </w:numPr>
        <w:ind w:left="360" w:hanging="360"/>
        <w:rPr>
          <w:rFonts w:ascii="Aptos" w:hAnsi="Aptos"/>
        </w:rPr>
      </w:pPr>
    </w:p>
    <w:p w14:paraId="7306F400" w14:textId="2113A594" w:rsidR="004D1F29" w:rsidRPr="00BC5D46" w:rsidRDefault="004D1F29" w:rsidP="004D1F29">
      <w:pPr>
        <w:pStyle w:val="Listepuces"/>
        <w:numPr>
          <w:ilvl w:val="0"/>
          <w:numId w:val="0"/>
        </w:numPr>
        <w:ind w:left="360" w:hanging="360"/>
        <w:rPr>
          <w:rFonts w:ascii="Aptos" w:hAnsi="Aptos"/>
        </w:rPr>
      </w:pPr>
      <w:r w:rsidRPr="00BC5D46">
        <w:rPr>
          <w:rFonts w:ascii="Aptos" w:hAnsi="Aptos"/>
          <w:noProof/>
        </w:rPr>
        <w:drawing>
          <wp:anchor distT="0" distB="0" distL="114300" distR="114300" simplePos="0" relativeHeight="251605504" behindDoc="0" locked="0" layoutInCell="1" allowOverlap="1" wp14:anchorId="5B41CD02" wp14:editId="0EA69B09">
            <wp:simplePos x="0" y="0"/>
            <wp:positionH relativeFrom="column">
              <wp:posOffset>611505</wp:posOffset>
            </wp:positionH>
            <wp:positionV relativeFrom="paragraph">
              <wp:posOffset>-5666</wp:posOffset>
            </wp:positionV>
            <wp:extent cx="1333500" cy="2727960"/>
            <wp:effectExtent l="0" t="0" r="0" b="0"/>
            <wp:wrapNone/>
            <wp:docPr id="1747983762" name="Image 1" descr="AuraSTRX | Audiof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raSTRX | Audiofil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8" t="12756" r="32304" b="1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C5D46">
        <w:rPr>
          <w:rFonts w:ascii="Aptos" w:hAnsi="Aptos"/>
          <w:noProof/>
        </w:rPr>
        <w:drawing>
          <wp:anchor distT="0" distB="0" distL="114300" distR="114300" simplePos="0" relativeHeight="251601408" behindDoc="0" locked="0" layoutInCell="1" allowOverlap="1" wp14:anchorId="286B53BD" wp14:editId="5C665571">
            <wp:simplePos x="0" y="0"/>
            <wp:positionH relativeFrom="column">
              <wp:posOffset>4128868</wp:posOffset>
            </wp:positionH>
            <wp:positionV relativeFrom="paragraph">
              <wp:posOffset>-15436</wp:posOffset>
            </wp:positionV>
            <wp:extent cx="1333500" cy="2727960"/>
            <wp:effectExtent l="0" t="0" r="0" b="0"/>
            <wp:wrapNone/>
            <wp:docPr id="1457251103" name="Image 1" descr="AuraSTRX | Audiof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raSTRX | Audiofil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8" t="12756" r="32304" b="1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D7771A" w14:textId="481684AD" w:rsidR="004D1F29" w:rsidRPr="00BC5D46" w:rsidRDefault="004D1F29" w:rsidP="004D1F29">
      <w:pPr>
        <w:pStyle w:val="Listepuces"/>
        <w:numPr>
          <w:ilvl w:val="0"/>
          <w:numId w:val="0"/>
        </w:numPr>
        <w:ind w:left="360" w:hanging="360"/>
        <w:rPr>
          <w:rFonts w:ascii="Aptos" w:hAnsi="Aptos"/>
        </w:rPr>
      </w:pPr>
      <w:r w:rsidRPr="00BC5D46">
        <w:rPr>
          <w:rFonts w:ascii="Aptos" w:hAnsi="Aptos"/>
          <w:noProof/>
        </w:rPr>
        <w:drawing>
          <wp:anchor distT="0" distB="0" distL="114300" distR="114300" simplePos="0" relativeHeight="251606528" behindDoc="0" locked="0" layoutInCell="1" allowOverlap="1" wp14:anchorId="12EED410" wp14:editId="4AAF1B08">
            <wp:simplePos x="0" y="0"/>
            <wp:positionH relativeFrom="column">
              <wp:posOffset>782955</wp:posOffset>
            </wp:positionH>
            <wp:positionV relativeFrom="paragraph">
              <wp:posOffset>114886</wp:posOffset>
            </wp:positionV>
            <wp:extent cx="943610" cy="1151890"/>
            <wp:effectExtent l="0" t="0" r="8890" b="0"/>
            <wp:wrapNone/>
            <wp:docPr id="1323302571" name="Image 8" descr="Une image contenant texte, capture d’écran, Bleu électriqu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82680" name="Image 8" descr="Une image contenant texte, capture d’écran, Bleu électrique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D46">
        <w:rPr>
          <w:rFonts w:ascii="Aptos" w:hAnsi="Aptos"/>
          <w:noProof/>
        </w:rPr>
        <w:drawing>
          <wp:anchor distT="0" distB="0" distL="114300" distR="114300" simplePos="0" relativeHeight="251602432" behindDoc="0" locked="0" layoutInCell="1" allowOverlap="1" wp14:anchorId="7A3F51A5" wp14:editId="64770540">
            <wp:simplePos x="0" y="0"/>
            <wp:positionH relativeFrom="column">
              <wp:posOffset>4310478</wp:posOffset>
            </wp:positionH>
            <wp:positionV relativeFrom="paragraph">
              <wp:posOffset>43619</wp:posOffset>
            </wp:positionV>
            <wp:extent cx="937919" cy="1235710"/>
            <wp:effectExtent l="0" t="0" r="0" b="2540"/>
            <wp:wrapNone/>
            <wp:docPr id="1404309083" name="Image 12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309083" name="Image 12" descr="Une image contenant texte, capture d’écran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19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DB03E" w14:textId="55EBDB2B" w:rsidR="004D1F29" w:rsidRPr="00BC5D46" w:rsidRDefault="004D1F29" w:rsidP="004D1F29">
      <w:pPr>
        <w:pStyle w:val="Listepuces"/>
        <w:numPr>
          <w:ilvl w:val="0"/>
          <w:numId w:val="0"/>
        </w:numPr>
        <w:ind w:left="360" w:hanging="360"/>
        <w:rPr>
          <w:rFonts w:ascii="Aptos" w:hAnsi="Aptos"/>
        </w:rPr>
      </w:pPr>
    </w:p>
    <w:p w14:paraId="27E30D6F" w14:textId="24F9BCEE" w:rsidR="00114C23" w:rsidRPr="00BC5D46" w:rsidRDefault="00114C23">
      <w:pPr>
        <w:rPr>
          <w:rFonts w:ascii="Aptos" w:hAnsi="Aptos"/>
        </w:rPr>
      </w:pPr>
    </w:p>
    <w:p w14:paraId="5ED27654" w14:textId="279037C7" w:rsidR="004D1F29" w:rsidRPr="00BC5D46" w:rsidRDefault="004D1F29">
      <w:pPr>
        <w:rPr>
          <w:rFonts w:ascii="Aptos" w:hAnsi="Aptos"/>
        </w:rPr>
      </w:pPr>
    </w:p>
    <w:p w14:paraId="1A31F544" w14:textId="1BD1CBBB" w:rsidR="004D1F29" w:rsidRPr="00BC5D46" w:rsidRDefault="004D1F29">
      <w:pPr>
        <w:rPr>
          <w:rFonts w:ascii="Aptos" w:hAnsi="Aptos"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6C41A77" wp14:editId="0DF4475D">
                <wp:simplePos x="0" y="0"/>
                <wp:positionH relativeFrom="column">
                  <wp:posOffset>2595489</wp:posOffset>
                </wp:positionH>
                <wp:positionV relativeFrom="paragraph">
                  <wp:posOffset>245696</wp:posOffset>
                </wp:positionV>
                <wp:extent cx="851647" cy="0"/>
                <wp:effectExtent l="38100" t="76200" r="24765" b="133350"/>
                <wp:wrapNone/>
                <wp:docPr id="1369038989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164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D63678" id="Connecteur droit avec flèche 10" o:spid="_x0000_s1026" type="#_x0000_t32" style="position:absolute;margin-left:204.35pt;margin-top:19.35pt;width:67.05pt;height:0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1DC5A3EB" w14:textId="486D9B7D" w:rsidR="004D1F29" w:rsidRPr="00BC5D46" w:rsidRDefault="00997E91">
      <w:pPr>
        <w:rPr>
          <w:rFonts w:ascii="Aptos" w:hAnsi="Aptos"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D44E205" wp14:editId="7F0B21A7">
                <wp:simplePos x="0" y="0"/>
                <wp:positionH relativeFrom="column">
                  <wp:posOffset>3924886</wp:posOffset>
                </wp:positionH>
                <wp:positionV relativeFrom="paragraph">
                  <wp:posOffset>292930</wp:posOffset>
                </wp:positionV>
                <wp:extent cx="520504" cy="0"/>
                <wp:effectExtent l="0" t="76200" r="13335" b="95250"/>
                <wp:wrapNone/>
                <wp:docPr id="25410958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50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D02C36" id="Connecteur droit avec flèche 16" o:spid="_x0000_s1026" type="#_x0000_t32" style="position:absolute;margin-left:309.05pt;margin-top:23.05pt;width:41pt;height:0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" strokecolor="black [3040]">
                <v:stroke endarrow="block"/>
              </v:shape>
            </w:pict>
          </mc:Fallback>
        </mc:AlternateContent>
      </w: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1DF88CB" wp14:editId="12FBBF1A">
                <wp:simplePos x="0" y="0"/>
                <wp:positionH relativeFrom="column">
                  <wp:posOffset>3432908</wp:posOffset>
                </wp:positionH>
                <wp:positionV relativeFrom="paragraph">
                  <wp:posOffset>155282</wp:posOffset>
                </wp:positionV>
                <wp:extent cx="695960" cy="384175"/>
                <wp:effectExtent l="0" t="0" r="0" b="0"/>
                <wp:wrapNone/>
                <wp:docPr id="821307284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6EA83" w14:textId="14E334A6" w:rsidR="00997E91" w:rsidRPr="003C26EC" w:rsidRDefault="00997E91" w:rsidP="00997E91">
                            <w:pPr>
                              <w:rPr>
                                <w:rFonts w:ascii="Aptos" w:hAnsi="Aptos"/>
                              </w:rPr>
                            </w:pPr>
                            <w:r>
                              <w:t>Select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F88CB" id="_x0000_s1048" type="#_x0000_t202" style="position:absolute;margin-left:270.3pt;margin-top:12.25pt;width:54.8pt;height:30.2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" filled="f" stroked="f" strokeweight=".5pt">
                <v:textbox>
                  <w:txbxContent>
                    <w:p w14:paraId="0D16EA83" w14:textId="14E334A6" w:rsidR="00997E91" w:rsidRPr="003C26EC" w:rsidRDefault="00997E91" w:rsidP="00997E91">
                      <w:pPr>
                        <w:rPr>
                          <w:rFonts w:ascii="Aptos" w:hAnsi="Aptos"/>
                        </w:rPr>
                      </w:pPr>
                      <w:r>
                        <w:t>Select</w:t>
                      </w:r>
                    </w:p>
                  </w:txbxContent>
                </v:textbox>
              </v:shape>
            </w:pict>
          </mc:Fallback>
        </mc:AlternateContent>
      </w: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7998107" wp14:editId="674ED2C5">
                <wp:simplePos x="0" y="0"/>
                <wp:positionH relativeFrom="column">
                  <wp:posOffset>2115136</wp:posOffset>
                </wp:positionH>
                <wp:positionV relativeFrom="paragraph">
                  <wp:posOffset>306705</wp:posOffset>
                </wp:positionV>
                <wp:extent cx="766690" cy="569742"/>
                <wp:effectExtent l="0" t="0" r="0" b="1905"/>
                <wp:wrapNone/>
                <wp:docPr id="182159967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690" cy="5697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D9D11" w14:textId="4D8AC3CC" w:rsidR="00997E91" w:rsidRPr="003C26EC" w:rsidRDefault="00997E91" w:rsidP="00997E91">
                            <w:pPr>
                              <w:jc w:val="center"/>
                              <w:rPr>
                                <w:rFonts w:ascii="Aptos" w:hAnsi="Aptos"/>
                              </w:rPr>
                            </w:pPr>
                            <w:r>
                              <w:t>Press 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98107" id="_x0000_s1049" type="#_x0000_t202" style="position:absolute;margin-left:166.55pt;margin-top:24.15pt;width:60.35pt;height:44.8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" filled="f" stroked="f" strokeweight=".5pt">
                <v:textbox>
                  <w:txbxContent>
                    <w:p w14:paraId="5C3D9D11" w14:textId="4D8AC3CC" w:rsidR="00997E91" w:rsidRPr="003C26EC" w:rsidRDefault="00997E91" w:rsidP="00997E91">
                      <w:pPr>
                        <w:jc w:val="center"/>
                        <w:rPr>
                          <w:rFonts w:ascii="Aptos" w:hAnsi="Aptos"/>
                        </w:rPr>
                      </w:pPr>
                      <w:r>
                        <w:t>Press together</w:t>
                      </w:r>
                    </w:p>
                  </w:txbxContent>
                </v:textbox>
              </v:shape>
            </w:pict>
          </mc:Fallback>
        </mc:AlternateContent>
      </w: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75C553A5" wp14:editId="1834AE55">
                <wp:simplePos x="0" y="0"/>
                <wp:positionH relativeFrom="column">
                  <wp:posOffset>1219786</wp:posOffset>
                </wp:positionH>
                <wp:positionV relativeFrom="paragraph">
                  <wp:posOffset>293613</wp:posOffset>
                </wp:positionV>
                <wp:extent cx="1045112" cy="246185"/>
                <wp:effectExtent l="38100" t="76200" r="22225" b="20955"/>
                <wp:wrapNone/>
                <wp:docPr id="1572367841" name="Connecteur : en 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5112" cy="246185"/>
                        </a:xfrm>
                        <a:prstGeom prst="bentConnector3">
                          <a:avLst>
                            <a:gd name="adj1" fmla="val 37585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9440" id="Connecteur : en angle 22" o:spid="_x0000_s1026" type="#_x0000_t34" style="position:absolute;margin-left:96.05pt;margin-top:23.1pt;width:82.3pt;height:19.4pt;flip:x y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" adj="8118" strokecolor="black [3040]">
                <v:stroke endarrow="block"/>
              </v:shape>
            </w:pict>
          </mc:Fallback>
        </mc:AlternateContent>
      </w:r>
      <w:r w:rsidR="004D1F29"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B2CBC38" wp14:editId="67A67269">
                <wp:simplePos x="0" y="0"/>
                <wp:positionH relativeFrom="column">
                  <wp:posOffset>871269</wp:posOffset>
                </wp:positionH>
                <wp:positionV relativeFrom="paragraph">
                  <wp:posOffset>148590</wp:posOffset>
                </wp:positionV>
                <wp:extent cx="344805" cy="296545"/>
                <wp:effectExtent l="0" t="0" r="0" b="0"/>
                <wp:wrapNone/>
                <wp:docPr id="841533125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0F62D" w14:textId="77777777" w:rsidR="004D1F29" w:rsidRPr="00BB13B3" w:rsidRDefault="004D1F29" w:rsidP="004D1F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B13B3">
                              <w:rPr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BC38" id="_x0000_s1050" type="#_x0000_t202" style="position:absolute;margin-left:68.6pt;margin-top:11.7pt;width:27.15pt;height:23.3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" filled="f" stroked="f" strokeweight=".5pt">
                <v:textbox>
                  <w:txbxContent>
                    <w:p w14:paraId="7460F62D" w14:textId="77777777" w:rsidR="004D1F29" w:rsidRPr="00BB13B3" w:rsidRDefault="004D1F29" w:rsidP="004D1F29">
                      <w:pPr>
                        <w:rPr>
                          <w:sz w:val="24"/>
                          <w:szCs w:val="24"/>
                        </w:rPr>
                      </w:pPr>
                      <w:r w:rsidRPr="00BB13B3">
                        <w:rPr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4D1F29"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391D7CAD" wp14:editId="6B8CCF41">
                <wp:simplePos x="0" y="0"/>
                <wp:positionH relativeFrom="column">
                  <wp:posOffset>4385994</wp:posOffset>
                </wp:positionH>
                <wp:positionV relativeFrom="paragraph">
                  <wp:posOffset>141605</wp:posOffset>
                </wp:positionV>
                <wp:extent cx="344805" cy="296545"/>
                <wp:effectExtent l="0" t="0" r="0" b="0"/>
                <wp:wrapNone/>
                <wp:docPr id="84171879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A6ADB3" w14:textId="77777777" w:rsidR="004D1F29" w:rsidRPr="00BB13B3" w:rsidRDefault="004D1F29" w:rsidP="004D1F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B13B3">
                              <w:rPr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D7CAD" id="_x0000_s1051" type="#_x0000_t202" style="position:absolute;margin-left:345.35pt;margin-top:11.15pt;width:27.15pt;height:23.3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" filled="f" stroked="f" strokeweight=".5pt">
                <v:textbox>
                  <w:txbxContent>
                    <w:p w14:paraId="6FA6ADB3" w14:textId="77777777" w:rsidR="004D1F29" w:rsidRPr="00BB13B3" w:rsidRDefault="004D1F29" w:rsidP="004D1F29">
                      <w:pPr>
                        <w:rPr>
                          <w:sz w:val="24"/>
                          <w:szCs w:val="24"/>
                        </w:rPr>
                      </w:pPr>
                      <w:r w:rsidRPr="00BB13B3">
                        <w:rPr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037E3DD6" w14:textId="4C2C38F8" w:rsidR="004D1F29" w:rsidRPr="00BC5D46" w:rsidRDefault="00997E91">
      <w:pPr>
        <w:rPr>
          <w:rFonts w:ascii="Aptos" w:hAnsi="Aptos"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D103556" wp14:editId="5F6DE236">
                <wp:simplePos x="0" y="0"/>
                <wp:positionH relativeFrom="column">
                  <wp:posOffset>5578426</wp:posOffset>
                </wp:positionH>
                <wp:positionV relativeFrom="paragraph">
                  <wp:posOffset>67310</wp:posOffset>
                </wp:positionV>
                <wp:extent cx="752622" cy="260253"/>
                <wp:effectExtent l="0" t="0" r="0" b="6985"/>
                <wp:wrapNone/>
                <wp:docPr id="287347294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622" cy="260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3CC41" w14:textId="77777777" w:rsidR="00997E91" w:rsidRPr="003C26EC" w:rsidRDefault="00997E91" w:rsidP="00997E91">
                            <w:pPr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</w:rPr>
                              <w:t>Navigate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03556" id="_x0000_s1052" type="#_x0000_t202" style="position:absolute;margin-left:439.25pt;margin-top:5.3pt;width:59.25pt;height:20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" filled="f" stroked="f" strokeweight=".5pt">
                <v:textbox>
                  <w:txbxContent>
                    <w:p w14:paraId="0F53CC41" w14:textId="77777777" w:rsidR="00997E91" w:rsidRPr="003C26EC" w:rsidRDefault="00997E91" w:rsidP="00997E91">
                      <w:pPr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</w:rPr>
                        <w:t>Navigate</w:t>
                      </w:r>
                    </w:p>
                  </w:txbxContent>
                </v:textbox>
              </v:shape>
            </w:pict>
          </mc:Fallback>
        </mc:AlternateContent>
      </w: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3251844" wp14:editId="1E69F7E1">
                <wp:simplePos x="0" y="0"/>
                <wp:positionH relativeFrom="column">
                  <wp:posOffset>5127625</wp:posOffset>
                </wp:positionH>
                <wp:positionV relativeFrom="paragraph">
                  <wp:posOffset>208866</wp:posOffset>
                </wp:positionV>
                <wp:extent cx="478301" cy="440"/>
                <wp:effectExtent l="38100" t="76200" r="0" b="95250"/>
                <wp:wrapNone/>
                <wp:docPr id="1331669188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8301" cy="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79E441" id="Connecteur droit avec flèche 24" o:spid="_x0000_s1026" type="#_x0000_t32" style="position:absolute;margin-left:403.75pt;margin-top:16.45pt;width:37.65pt;height:.05pt;flip:x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" strokecolor="black [3040]">
                <v:stroke endarrow="block"/>
              </v:shape>
            </w:pict>
          </mc:Fallback>
        </mc:AlternateContent>
      </w: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2E4787F" wp14:editId="2A8B86C8">
                <wp:simplePos x="0" y="0"/>
                <wp:positionH relativeFrom="column">
                  <wp:posOffset>1617785</wp:posOffset>
                </wp:positionH>
                <wp:positionV relativeFrom="paragraph">
                  <wp:posOffset>217414</wp:posOffset>
                </wp:positionV>
                <wp:extent cx="372793" cy="0"/>
                <wp:effectExtent l="38100" t="76200" r="0" b="95250"/>
                <wp:wrapNone/>
                <wp:docPr id="1207816222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279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874AB" id="Connecteur droit avec flèche 23" o:spid="_x0000_s1026" type="#_x0000_t32" style="position:absolute;margin-left:127.4pt;margin-top:17.1pt;width:29.35pt;height:0;flip:x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" strokecolor="black [3040]">
                <v:stroke endarrow="block"/>
              </v:shape>
            </w:pict>
          </mc:Fallback>
        </mc:AlternateContent>
      </w:r>
      <w:r w:rsidR="004D1F29"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B7FD535" wp14:editId="40F25DE5">
                <wp:simplePos x="0" y="0"/>
                <wp:positionH relativeFrom="column">
                  <wp:posOffset>1349424</wp:posOffset>
                </wp:positionH>
                <wp:positionV relativeFrom="paragraph">
                  <wp:posOffset>96520</wp:posOffset>
                </wp:positionV>
                <wp:extent cx="337820" cy="309245"/>
                <wp:effectExtent l="0" t="0" r="0" b="0"/>
                <wp:wrapNone/>
                <wp:docPr id="2058231815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70DF7" w14:textId="77777777" w:rsidR="004D1F29" w:rsidRPr="005976AE" w:rsidRDefault="004D1F29" w:rsidP="004D1F2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③</w:t>
                            </w:r>
                          </w:p>
                          <w:p w14:paraId="695FB909" w14:textId="77777777" w:rsidR="004D1F29" w:rsidRDefault="004D1F29" w:rsidP="004D1F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FD535" id="_x0000_s1053" type="#_x0000_t202" style="position:absolute;margin-left:106.25pt;margin-top:7.6pt;width:26.6pt;height:24.3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" filled="f" stroked="f" strokeweight=".5pt">
                <v:textbox>
                  <w:txbxContent>
                    <w:p w14:paraId="63770DF7" w14:textId="77777777" w:rsidR="004D1F29" w:rsidRPr="005976AE" w:rsidRDefault="004D1F29" w:rsidP="004D1F2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t>③</w:t>
                      </w:r>
                    </w:p>
                    <w:p w14:paraId="695FB909" w14:textId="77777777" w:rsidR="004D1F29" w:rsidRDefault="004D1F29" w:rsidP="004D1F29"/>
                  </w:txbxContent>
                </v:textbox>
              </v:shape>
            </w:pict>
          </mc:Fallback>
        </mc:AlternateContent>
      </w:r>
      <w:r w:rsidR="004D1F29"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A77DD2F" wp14:editId="7BA2D2CF">
                <wp:simplePos x="0" y="0"/>
                <wp:positionH relativeFrom="column">
                  <wp:posOffset>4874358</wp:posOffset>
                </wp:positionH>
                <wp:positionV relativeFrom="paragraph">
                  <wp:posOffset>70436</wp:posOffset>
                </wp:positionV>
                <wp:extent cx="337820" cy="309245"/>
                <wp:effectExtent l="0" t="0" r="0" b="0"/>
                <wp:wrapNone/>
                <wp:docPr id="123939114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CDB5D" w14:textId="77777777" w:rsidR="004D1F29" w:rsidRPr="005976AE" w:rsidRDefault="004D1F29" w:rsidP="004D1F2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③</w:t>
                            </w:r>
                          </w:p>
                          <w:p w14:paraId="26F870D4" w14:textId="77777777" w:rsidR="004D1F29" w:rsidRDefault="004D1F29" w:rsidP="004D1F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7DD2F" id="_x0000_s1054" type="#_x0000_t202" style="position:absolute;margin-left:383.8pt;margin-top:5.55pt;width:26.6pt;height:24.3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" filled="f" stroked="f" strokeweight=".5pt">
                <v:textbox>
                  <w:txbxContent>
                    <w:p w14:paraId="4E7CDB5D" w14:textId="77777777" w:rsidR="004D1F29" w:rsidRPr="005976AE" w:rsidRDefault="004D1F29" w:rsidP="004D1F2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t>③</w:t>
                      </w:r>
                    </w:p>
                    <w:p w14:paraId="26F870D4" w14:textId="77777777" w:rsidR="004D1F29" w:rsidRDefault="004D1F29" w:rsidP="004D1F29"/>
                  </w:txbxContent>
                </v:textbox>
              </v:shape>
            </w:pict>
          </mc:Fallback>
        </mc:AlternateContent>
      </w:r>
    </w:p>
    <w:p w14:paraId="161670FD" w14:textId="3D03735D" w:rsidR="004D1F29" w:rsidRPr="00BC5D46" w:rsidRDefault="004D1F29">
      <w:pPr>
        <w:rPr>
          <w:rFonts w:ascii="Aptos" w:hAnsi="Aptos"/>
        </w:rPr>
      </w:pPr>
    </w:p>
    <w:p w14:paraId="7B311D12" w14:textId="5A1DF7E4" w:rsidR="004D1F29" w:rsidRPr="00BC5D46" w:rsidRDefault="004D1F29">
      <w:pPr>
        <w:rPr>
          <w:rFonts w:ascii="Aptos" w:hAnsi="Aptos"/>
        </w:rPr>
      </w:pPr>
    </w:p>
    <w:p w14:paraId="48DC7227" w14:textId="56052F51" w:rsidR="00114C23" w:rsidRPr="00BC5D46" w:rsidRDefault="00CE1EC0" w:rsidP="00997E91">
      <w:pPr>
        <w:jc w:val="center"/>
        <w:rPr>
          <w:rFonts w:ascii="Aptos" w:hAnsi="Aptos"/>
        </w:rPr>
      </w:pPr>
      <w:r w:rsidRPr="00BC5D46">
        <w:rPr>
          <w:rFonts w:ascii="Aptos" w:hAnsi="Aptos"/>
          <w:i/>
        </w:rPr>
        <w:t xml:space="preserve">Figure – </w:t>
      </w:r>
      <w:r w:rsidR="004D1F29" w:rsidRPr="00BC5D46">
        <w:rPr>
          <w:rFonts w:ascii="Aptos" w:hAnsi="Aptos"/>
          <w:i/>
        </w:rPr>
        <w:t xml:space="preserve">From any </w:t>
      </w:r>
      <w:r w:rsidR="00997E91" w:rsidRPr="00BC5D46">
        <w:rPr>
          <w:rFonts w:ascii="Aptos" w:hAnsi="Aptos"/>
          <w:i/>
        </w:rPr>
        <w:t>Screen →</w:t>
      </w:r>
      <w:r w:rsidRPr="00BC5D46">
        <w:rPr>
          <w:rFonts w:ascii="Aptos" w:hAnsi="Aptos"/>
          <w:i/>
        </w:rPr>
        <w:t xml:space="preserve"> Language selection</w:t>
      </w:r>
    </w:p>
    <w:p w14:paraId="5B7C0DD1" w14:textId="77777777" w:rsidR="005D15B7" w:rsidRDefault="005D15B7">
      <w:pPr>
        <w:pStyle w:val="Titre1"/>
        <w:rPr>
          <w:rFonts w:ascii="Aptos" w:hAnsi="Aptos"/>
        </w:rPr>
      </w:pPr>
      <w:bookmarkStart w:id="4" w:name="_Toc207283906"/>
    </w:p>
    <w:p w14:paraId="287CA383" w14:textId="77777777" w:rsidR="005D15B7" w:rsidRDefault="005D15B7">
      <w:pPr>
        <w:pStyle w:val="Titre1"/>
        <w:rPr>
          <w:rFonts w:ascii="Aptos" w:hAnsi="Aptos"/>
        </w:rPr>
      </w:pPr>
    </w:p>
    <w:p w14:paraId="6A07A20D" w14:textId="77777777" w:rsidR="005D15B7" w:rsidRDefault="005D15B7" w:rsidP="005D15B7"/>
    <w:p w14:paraId="687B8DC2" w14:textId="77777777" w:rsidR="005D15B7" w:rsidRPr="005D15B7" w:rsidRDefault="005D15B7" w:rsidP="005D15B7"/>
    <w:bookmarkEnd w:id="4"/>
    <w:p w14:paraId="1E8B186E" w14:textId="135A9A75" w:rsidR="00114C23" w:rsidRPr="00BC5D46" w:rsidRDefault="00114C23">
      <w:pPr>
        <w:rPr>
          <w:rFonts w:ascii="Aptos" w:hAnsi="Aptos"/>
        </w:rPr>
      </w:pPr>
    </w:p>
    <w:p w14:paraId="1DA7D44C" w14:textId="77777777" w:rsidR="007A2354" w:rsidRDefault="007A2354" w:rsidP="00CF24E0">
      <w:pPr>
        <w:pStyle w:val="Titre1"/>
        <w:rPr>
          <w:rFonts w:ascii="Aptos" w:hAnsi="Aptos"/>
        </w:rPr>
      </w:pPr>
      <w:bookmarkStart w:id="5" w:name="_Toc207203249"/>
      <w:bookmarkStart w:id="6" w:name="_Toc207283907"/>
    </w:p>
    <w:p w14:paraId="62FF871A" w14:textId="77777777" w:rsidR="007A2354" w:rsidRDefault="007A2354" w:rsidP="00CF24E0">
      <w:pPr>
        <w:pStyle w:val="Titre1"/>
        <w:rPr>
          <w:rFonts w:ascii="Aptos" w:hAnsi="Aptos"/>
        </w:rPr>
      </w:pPr>
    </w:p>
    <w:p w14:paraId="26E99C6C" w14:textId="039D314C" w:rsidR="00CF24E0" w:rsidRPr="00BC5D46" w:rsidRDefault="00CF24E0" w:rsidP="00CF24E0">
      <w:pPr>
        <w:pStyle w:val="Titre1"/>
        <w:rPr>
          <w:rFonts w:ascii="Aptos" w:hAnsi="Aptos"/>
        </w:rPr>
      </w:pPr>
      <w:r w:rsidRPr="00BC5D46">
        <w:rPr>
          <w:rFonts w:ascii="Aptos" w:hAnsi="Aptos"/>
        </w:rPr>
        <w:t xml:space="preserve">Part </w:t>
      </w:r>
      <w:r w:rsidR="00265E3F">
        <w:rPr>
          <w:rFonts w:ascii="Aptos" w:hAnsi="Aptos"/>
        </w:rPr>
        <w:t>3</w:t>
      </w:r>
      <w:r w:rsidRPr="00BC5D46">
        <w:rPr>
          <w:rFonts w:ascii="Aptos" w:hAnsi="Aptos"/>
        </w:rPr>
        <w:t xml:space="preserve"> — Choose or switch broadcast (open or secured)</w:t>
      </w:r>
      <w:bookmarkEnd w:id="5"/>
      <w:bookmarkEnd w:id="6"/>
    </w:p>
    <w:p w14:paraId="6B229C92" w14:textId="77777777" w:rsidR="00CF24E0" w:rsidRPr="00BC5D46" w:rsidRDefault="00CF24E0" w:rsidP="00CF24E0">
      <w:pPr>
        <w:rPr>
          <w:rFonts w:ascii="Aptos" w:hAnsi="Aptos"/>
        </w:rPr>
      </w:pPr>
      <w:r w:rsidRPr="00BC5D46">
        <w:rPr>
          <w:rFonts w:ascii="Aptos" w:hAnsi="Aptos"/>
        </w:rPr>
        <w:t>Goal: pick the right broadcast or change it during use.</w:t>
      </w:r>
    </w:p>
    <w:p w14:paraId="29DD75DE" w14:textId="77777777" w:rsidR="00CF24E0" w:rsidRPr="00BC5D46" w:rsidRDefault="00CF24E0" w:rsidP="00CF24E0">
      <w:pPr>
        <w:pStyle w:val="Listenumro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</w:rPr>
        <w:t>1. Open the Stream List (③ from Any Screen except the Language screen).</w:t>
      </w:r>
    </w:p>
    <w:p w14:paraId="2FFF7D9F" w14:textId="77777777" w:rsidR="00CF24E0" w:rsidRPr="00BC5D46" w:rsidRDefault="00CF24E0" w:rsidP="00CF24E0">
      <w:pPr>
        <w:pStyle w:val="Listenumro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</w:rPr>
        <w:t>2. Navigate through the panel to the desired broadcast by touch or ③ Menu button.</w:t>
      </w:r>
    </w:p>
    <w:p w14:paraId="77830A89" w14:textId="77777777" w:rsidR="00CF24E0" w:rsidRPr="00BC5D46" w:rsidRDefault="00CF24E0" w:rsidP="00CF24E0">
      <w:pPr>
        <w:pStyle w:val="Listenumro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</w:rPr>
        <w:t xml:space="preserve">3. Confirm with a tap or </w:t>
      </w:r>
      <w:r w:rsidRPr="00BC5D46">
        <w:rPr>
          <w:rFonts w:ascii="Aptos" w:hAnsi="Aptos"/>
          <w:sz w:val="24"/>
          <w:szCs w:val="24"/>
        </w:rPr>
        <w:t>② (</w:t>
      </w:r>
      <w:r w:rsidRPr="00BC5D46">
        <w:rPr>
          <w:rFonts w:ascii="Aptos" w:hAnsi="Aptos"/>
        </w:rPr>
        <w:t>Play/Pause) to switch immediately.</w:t>
      </w:r>
    </w:p>
    <w:p w14:paraId="780E6577" w14:textId="4A3A1311" w:rsidR="00CF24E0" w:rsidRPr="00BC5D46" w:rsidRDefault="00CF24E0" w:rsidP="00CF24E0">
      <w:pPr>
        <w:pStyle w:val="Listenumro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</w:rPr>
        <w:t xml:space="preserve">4. If the broadcast is locked, the Identification screen will open (see Part </w:t>
      </w:r>
      <w:r w:rsidR="001A3D1C">
        <w:rPr>
          <w:rFonts w:ascii="Aptos" w:hAnsi="Aptos"/>
        </w:rPr>
        <w:t>4</w:t>
      </w:r>
      <w:r w:rsidRPr="00BC5D46">
        <w:rPr>
          <w:rFonts w:ascii="Aptos" w:hAnsi="Aptos"/>
        </w:rPr>
        <w:t>).</w:t>
      </w:r>
    </w:p>
    <w:p w14:paraId="5B576BE8" w14:textId="77777777" w:rsidR="00CF24E0" w:rsidRPr="00BC5D46" w:rsidRDefault="00CF24E0" w:rsidP="00CF24E0">
      <w:pPr>
        <w:rPr>
          <w:rFonts w:ascii="Aptos" w:hAnsi="Aptos"/>
        </w:rPr>
      </w:pPr>
      <w:r w:rsidRPr="00BC5D46">
        <w:rPr>
          <w:rFonts w:ascii="Aptos" w:hAnsi="Aptos"/>
        </w:rPr>
        <w:t>Tips:</w:t>
      </w:r>
    </w:p>
    <w:p w14:paraId="43D38FDA" w14:textId="77777777" w:rsidR="00CF24E0" w:rsidRPr="00BC5D46" w:rsidRDefault="00CF24E0" w:rsidP="00CF24E0">
      <w:pPr>
        <w:pStyle w:val="Listepuce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</w:rPr>
        <w:t>• Signal bars show expected quality; prefer stronger signals when possible.</w:t>
      </w:r>
    </w:p>
    <w:p w14:paraId="5BCBD837" w14:textId="04101421" w:rsidR="00CF24E0" w:rsidRPr="00BC5D46" w:rsidRDefault="00CF24E0" w:rsidP="00CF24E0">
      <w:pPr>
        <w:pStyle w:val="Listepuces"/>
        <w:numPr>
          <w:ilvl w:val="0"/>
          <w:numId w:val="0"/>
        </w:numPr>
        <w:ind w:left="360"/>
        <w:rPr>
          <w:rFonts w:ascii="Aptos" w:hAnsi="Aptos"/>
        </w:rPr>
      </w:pPr>
    </w:p>
    <w:p w14:paraId="18842D28" w14:textId="77E0FB25" w:rsidR="00CF24E0" w:rsidRPr="00BC5D46" w:rsidRDefault="009F70FB" w:rsidP="00CF24E0">
      <w:pPr>
        <w:rPr>
          <w:rFonts w:ascii="Aptos" w:hAnsi="Aptos"/>
          <w:i/>
        </w:rPr>
      </w:pPr>
      <w:r w:rsidRPr="00BC5D46">
        <w:rPr>
          <w:rFonts w:ascii="Aptos" w:hAnsi="Aptos"/>
          <w:noProof/>
        </w:rPr>
        <w:drawing>
          <wp:anchor distT="0" distB="0" distL="114300" distR="114300" simplePos="0" relativeHeight="251632128" behindDoc="0" locked="0" layoutInCell="1" allowOverlap="1" wp14:anchorId="21C52994" wp14:editId="2D7B54A8">
            <wp:simplePos x="0" y="0"/>
            <wp:positionH relativeFrom="column">
              <wp:posOffset>4305300</wp:posOffset>
            </wp:positionH>
            <wp:positionV relativeFrom="paragraph">
              <wp:posOffset>3810</wp:posOffset>
            </wp:positionV>
            <wp:extent cx="1333500" cy="2727960"/>
            <wp:effectExtent l="0" t="0" r="0" b="0"/>
            <wp:wrapNone/>
            <wp:docPr id="1068292266" name="Image 1" descr="AuraSTRX | Audiof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raSTRX | Audiofil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8" t="12756" r="32304" b="1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D1D25" w:rsidRPr="00BC5D46">
        <w:rPr>
          <w:rFonts w:ascii="Aptos" w:hAnsi="Aptos"/>
          <w:noProof/>
        </w:rPr>
        <w:drawing>
          <wp:anchor distT="0" distB="0" distL="114300" distR="114300" simplePos="0" relativeHeight="251656704" behindDoc="0" locked="0" layoutInCell="1" allowOverlap="1" wp14:anchorId="1B39FADC" wp14:editId="0D15CDED">
            <wp:simplePos x="0" y="0"/>
            <wp:positionH relativeFrom="column">
              <wp:posOffset>4516185</wp:posOffset>
            </wp:positionH>
            <wp:positionV relativeFrom="paragraph">
              <wp:posOffset>295789</wp:posOffset>
            </wp:positionV>
            <wp:extent cx="933450" cy="1151890"/>
            <wp:effectExtent l="0" t="0" r="0" b="0"/>
            <wp:wrapNone/>
            <wp:docPr id="2098382278" name="Image 9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63908" name="Image 9" descr="Une image contenant texte, capture d’écran, Police, nomb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4E0" w:rsidRPr="00BC5D46">
        <w:rPr>
          <w:rFonts w:ascii="Aptos" w:hAnsi="Aptos"/>
          <w:noProof/>
        </w:rPr>
        <w:drawing>
          <wp:anchor distT="0" distB="0" distL="114300" distR="114300" simplePos="0" relativeHeight="251629056" behindDoc="1" locked="0" layoutInCell="1" allowOverlap="1" wp14:anchorId="53616ED5" wp14:editId="48A40C33">
            <wp:simplePos x="0" y="0"/>
            <wp:positionH relativeFrom="column">
              <wp:posOffset>514643</wp:posOffset>
            </wp:positionH>
            <wp:positionV relativeFrom="paragraph">
              <wp:posOffset>47184</wp:posOffset>
            </wp:positionV>
            <wp:extent cx="1314450" cy="2716237"/>
            <wp:effectExtent l="0" t="0" r="0" b="8255"/>
            <wp:wrapNone/>
            <wp:docPr id="2103504311" name="Image 1" descr="AuraSTRX | Audiof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raSTRX | Audiofil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8" t="12756" r="32304" b="1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123" cy="271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4E0" w:rsidRPr="00BC5D46">
        <w:rPr>
          <w:rFonts w:ascii="Aptos" w:hAnsi="Aptos"/>
          <w:noProof/>
        </w:rPr>
        <w:drawing>
          <wp:anchor distT="0" distB="0" distL="114300" distR="114300" simplePos="0" relativeHeight="251628032" behindDoc="0" locked="0" layoutInCell="1" allowOverlap="1" wp14:anchorId="1B3757E2" wp14:editId="5874E574">
            <wp:simplePos x="0" y="0"/>
            <wp:positionH relativeFrom="column">
              <wp:posOffset>1173480</wp:posOffset>
            </wp:positionH>
            <wp:positionV relativeFrom="paragraph">
              <wp:posOffset>35560</wp:posOffset>
            </wp:positionV>
            <wp:extent cx="1333500" cy="2727960"/>
            <wp:effectExtent l="0" t="0" r="0" b="0"/>
            <wp:wrapNone/>
            <wp:docPr id="204963910" name="Image 1" descr="AuraSTRX | Audiof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raSTRX | Audiofil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8" t="12756" r="32304" b="1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CC15D17" w14:textId="5166EF32" w:rsidR="00CF24E0" w:rsidRPr="00BC5D46" w:rsidRDefault="00CF24E0" w:rsidP="00CF24E0">
      <w:pPr>
        <w:pStyle w:val="Listepuce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  <w:noProof/>
        </w:rPr>
        <w:drawing>
          <wp:anchor distT="0" distB="0" distL="114300" distR="114300" simplePos="0" relativeHeight="251634176" behindDoc="0" locked="0" layoutInCell="1" allowOverlap="1" wp14:anchorId="11EC7DD0" wp14:editId="330FD125">
            <wp:simplePos x="0" y="0"/>
            <wp:positionH relativeFrom="column">
              <wp:posOffset>1361440</wp:posOffset>
            </wp:positionH>
            <wp:positionV relativeFrom="paragraph">
              <wp:posOffset>34668</wp:posOffset>
            </wp:positionV>
            <wp:extent cx="914400" cy="1153160"/>
            <wp:effectExtent l="0" t="0" r="0" b="8890"/>
            <wp:wrapNone/>
            <wp:docPr id="1125311781" name="Image 13" descr="Une image contenant texte, capture d’écran, Police, Bleu électr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111746" name="Image 13" descr="Une image contenant texte, capture d’écran, Police, Bleu électr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D46">
        <w:rPr>
          <w:rFonts w:ascii="Aptos" w:hAnsi="Aptos"/>
          <w:noProof/>
        </w:rPr>
        <w:drawing>
          <wp:anchor distT="0" distB="0" distL="114300" distR="114300" simplePos="0" relativeHeight="251633152" behindDoc="1" locked="0" layoutInCell="1" allowOverlap="1" wp14:anchorId="439B22EA" wp14:editId="11A29E80">
            <wp:simplePos x="0" y="0"/>
            <wp:positionH relativeFrom="column">
              <wp:posOffset>719593</wp:posOffset>
            </wp:positionH>
            <wp:positionV relativeFrom="paragraph">
              <wp:posOffset>53588</wp:posOffset>
            </wp:positionV>
            <wp:extent cx="959485" cy="1132064"/>
            <wp:effectExtent l="0" t="0" r="0" b="0"/>
            <wp:wrapNone/>
            <wp:docPr id="29308491" name="Image 25" descr="Une image contenant texte, capture d’écran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8491" name="Image 25" descr="Une image contenant texte, capture d’écran, Police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17" cy="113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FCA80" w14:textId="4DE16DCE" w:rsidR="00CF24E0" w:rsidRPr="00BC5D46" w:rsidRDefault="00CF24E0" w:rsidP="00CF24E0">
      <w:pPr>
        <w:pStyle w:val="Listepuces"/>
        <w:numPr>
          <w:ilvl w:val="0"/>
          <w:numId w:val="0"/>
        </w:numPr>
        <w:ind w:left="360"/>
        <w:rPr>
          <w:rFonts w:ascii="Aptos" w:hAnsi="Aptos"/>
        </w:rPr>
      </w:pPr>
    </w:p>
    <w:p w14:paraId="761F0F82" w14:textId="35209C42" w:rsidR="00CF24E0" w:rsidRPr="00BC5D46" w:rsidRDefault="00CF24E0" w:rsidP="00CF24E0">
      <w:pPr>
        <w:pStyle w:val="Listepuces"/>
        <w:numPr>
          <w:ilvl w:val="0"/>
          <w:numId w:val="0"/>
        </w:numPr>
        <w:ind w:left="360"/>
        <w:rPr>
          <w:rFonts w:ascii="Aptos" w:hAnsi="Aptos"/>
        </w:rPr>
      </w:pPr>
    </w:p>
    <w:p w14:paraId="26681AB6" w14:textId="1BD120EB" w:rsidR="00CF24E0" w:rsidRPr="00BC5D46" w:rsidRDefault="00CF24E0" w:rsidP="00CF24E0">
      <w:pPr>
        <w:pStyle w:val="Listepuces"/>
        <w:numPr>
          <w:ilvl w:val="0"/>
          <w:numId w:val="0"/>
        </w:numPr>
        <w:ind w:left="360"/>
        <w:rPr>
          <w:rFonts w:ascii="Aptos" w:hAnsi="Aptos"/>
        </w:rPr>
      </w:pPr>
    </w:p>
    <w:p w14:paraId="53DD71BD" w14:textId="25101604" w:rsidR="00CF24E0" w:rsidRPr="00BC5D46" w:rsidRDefault="00CF24E0" w:rsidP="00CF24E0">
      <w:pPr>
        <w:pStyle w:val="Listepuces"/>
        <w:numPr>
          <w:ilvl w:val="0"/>
          <w:numId w:val="0"/>
        </w:numPr>
        <w:ind w:left="360"/>
        <w:rPr>
          <w:rFonts w:ascii="Aptos" w:hAnsi="Aptos"/>
        </w:rPr>
      </w:pPr>
    </w:p>
    <w:p w14:paraId="3B9F9863" w14:textId="704C7BE0" w:rsidR="00CF24E0" w:rsidRPr="00BC5D46" w:rsidRDefault="00CF24E0" w:rsidP="00CF24E0">
      <w:pPr>
        <w:pStyle w:val="Listepuces"/>
        <w:numPr>
          <w:ilvl w:val="0"/>
          <w:numId w:val="0"/>
        </w:numPr>
        <w:ind w:left="360"/>
        <w:rPr>
          <w:rFonts w:ascii="Aptos" w:hAnsi="Aptos"/>
        </w:rPr>
      </w:pPr>
    </w:p>
    <w:p w14:paraId="1D92064D" w14:textId="66D9A727" w:rsidR="00CF24E0" w:rsidRPr="00BC5D46" w:rsidRDefault="003D1D25" w:rsidP="00CF24E0">
      <w:pPr>
        <w:pStyle w:val="Listepuce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1FA38FF" wp14:editId="43AC0DCB">
                <wp:simplePos x="0" y="0"/>
                <wp:positionH relativeFrom="column">
                  <wp:posOffset>3032567</wp:posOffset>
                </wp:positionH>
                <wp:positionV relativeFrom="paragraph">
                  <wp:posOffset>141870</wp:posOffset>
                </wp:positionV>
                <wp:extent cx="851647" cy="0"/>
                <wp:effectExtent l="38100" t="76200" r="24765" b="133350"/>
                <wp:wrapNone/>
                <wp:docPr id="1808407103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164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304D31" id="Connecteur droit avec flèche 10" o:spid="_x0000_s1026" type="#_x0000_t32" style="position:absolute;margin-left:238.8pt;margin-top:11.15pt;width:67.05pt;height:0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0E36D39F" w14:textId="090889C7" w:rsidR="00CF24E0" w:rsidRPr="00BC5D46" w:rsidRDefault="009F70FB" w:rsidP="00CF24E0">
      <w:pPr>
        <w:pStyle w:val="Listepuce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BF66BD3" wp14:editId="09995344">
                <wp:simplePos x="0" y="0"/>
                <wp:positionH relativeFrom="column">
                  <wp:posOffset>3576320</wp:posOffset>
                </wp:positionH>
                <wp:positionV relativeFrom="paragraph">
                  <wp:posOffset>180975</wp:posOffset>
                </wp:positionV>
                <wp:extent cx="695960" cy="384175"/>
                <wp:effectExtent l="0" t="0" r="0" b="0"/>
                <wp:wrapNone/>
                <wp:docPr id="1634438718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05F22" w14:textId="77777777" w:rsidR="003D1D25" w:rsidRPr="003C26EC" w:rsidRDefault="003D1D25" w:rsidP="003D1D25">
                            <w:pPr>
                              <w:rPr>
                                <w:rFonts w:ascii="Aptos" w:hAnsi="Aptos"/>
                              </w:rPr>
                            </w:pPr>
                            <w:r>
                              <w:t>Select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66BD3" id="_x0000_s1055" type="#_x0000_t202" style="position:absolute;left:0;text-align:left;margin-left:281.6pt;margin-top:14.25pt;width:54.8pt;height:30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" filled="f" stroked="f" strokeweight=".5pt">
                <v:textbox>
                  <w:txbxContent>
                    <w:p w14:paraId="4E705F22" w14:textId="77777777" w:rsidR="003D1D25" w:rsidRPr="003C26EC" w:rsidRDefault="003D1D25" w:rsidP="003D1D25">
                      <w:pPr>
                        <w:rPr>
                          <w:rFonts w:ascii="Aptos" w:hAnsi="Aptos"/>
                        </w:rPr>
                      </w:pPr>
                      <w:r>
                        <w:t>Select</w:t>
                      </w:r>
                    </w:p>
                  </w:txbxContent>
                </v:textbox>
              </v:shape>
            </w:pict>
          </mc:Fallback>
        </mc:AlternateContent>
      </w: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0773B36" wp14:editId="5BA2DFC2">
                <wp:simplePos x="0" y="0"/>
                <wp:positionH relativeFrom="column">
                  <wp:posOffset>4562475</wp:posOffset>
                </wp:positionH>
                <wp:positionV relativeFrom="paragraph">
                  <wp:posOffset>175895</wp:posOffset>
                </wp:positionV>
                <wp:extent cx="344805" cy="296545"/>
                <wp:effectExtent l="0" t="0" r="0" b="0"/>
                <wp:wrapNone/>
                <wp:docPr id="1803778159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754BC" w14:textId="77777777" w:rsidR="003D1D25" w:rsidRPr="00BB13B3" w:rsidRDefault="003D1D25" w:rsidP="003D1D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B13B3">
                              <w:rPr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73B36" id="_x0000_s1056" type="#_x0000_t202" style="position:absolute;left:0;text-align:left;margin-left:359.25pt;margin-top:13.85pt;width:27.15pt;height:23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" filled="f" stroked="f" strokeweight=".5pt">
                <v:textbox>
                  <w:txbxContent>
                    <w:p w14:paraId="23B754BC" w14:textId="77777777" w:rsidR="003D1D25" w:rsidRPr="00BB13B3" w:rsidRDefault="003D1D25" w:rsidP="003D1D25">
                      <w:pPr>
                        <w:rPr>
                          <w:sz w:val="24"/>
                          <w:szCs w:val="24"/>
                        </w:rPr>
                      </w:pPr>
                      <w:r w:rsidRPr="00BB13B3">
                        <w:rPr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754E53C6" w14:textId="0BD007FF" w:rsidR="00CF24E0" w:rsidRPr="00BC5D46" w:rsidRDefault="003D1D25" w:rsidP="00CF24E0">
      <w:pPr>
        <w:pStyle w:val="Listepuce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FFFAF3A" wp14:editId="200068E2">
                <wp:simplePos x="0" y="0"/>
                <wp:positionH relativeFrom="column">
                  <wp:posOffset>4100830</wp:posOffset>
                </wp:positionH>
                <wp:positionV relativeFrom="paragraph">
                  <wp:posOffset>131445</wp:posOffset>
                </wp:positionV>
                <wp:extent cx="520065" cy="0"/>
                <wp:effectExtent l="0" t="76200" r="13335" b="95250"/>
                <wp:wrapNone/>
                <wp:docPr id="1430455858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B51487" id="Connecteur droit avec flèche 16" o:spid="_x0000_s1026" type="#_x0000_t32" style="position:absolute;margin-left:322.9pt;margin-top:10.35pt;width:40.95pt;height:0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" strokecolor="black [3040]">
                <v:stroke endarrow="block"/>
              </v:shape>
            </w:pict>
          </mc:Fallback>
        </mc:AlternateContent>
      </w:r>
    </w:p>
    <w:p w14:paraId="2D89C042" w14:textId="5E55D3C4" w:rsidR="00CF24E0" w:rsidRPr="00BC5D46" w:rsidRDefault="009F70FB" w:rsidP="00CF24E0">
      <w:pPr>
        <w:pStyle w:val="Listepuce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A470CAB" wp14:editId="2BB943F7">
                <wp:simplePos x="0" y="0"/>
                <wp:positionH relativeFrom="column">
                  <wp:posOffset>5756910</wp:posOffset>
                </wp:positionH>
                <wp:positionV relativeFrom="paragraph">
                  <wp:posOffset>17145</wp:posOffset>
                </wp:positionV>
                <wp:extent cx="752475" cy="259715"/>
                <wp:effectExtent l="0" t="0" r="0" b="6985"/>
                <wp:wrapNone/>
                <wp:docPr id="1375773331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73D17" w14:textId="77777777" w:rsidR="003D1D25" w:rsidRPr="003C26EC" w:rsidRDefault="003D1D25" w:rsidP="003D1D25">
                            <w:pPr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</w:rPr>
                              <w:t>Navigate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0CAB" id="_x0000_s1057" type="#_x0000_t202" style="position:absolute;left:0;text-align:left;margin-left:453.3pt;margin-top:1.35pt;width:59.25pt;height:20.4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" filled="f" stroked="f" strokeweight=".5pt">
                <v:textbox>
                  <w:txbxContent>
                    <w:p w14:paraId="21F73D17" w14:textId="77777777" w:rsidR="003D1D25" w:rsidRPr="003C26EC" w:rsidRDefault="003D1D25" w:rsidP="003D1D25">
                      <w:pPr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</w:rPr>
                        <w:t>Navigate</w:t>
                      </w:r>
                    </w:p>
                  </w:txbxContent>
                </v:textbox>
              </v:shape>
            </w:pict>
          </mc:Fallback>
        </mc:AlternateContent>
      </w: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8138A02" wp14:editId="55F10D3B">
                <wp:simplePos x="0" y="0"/>
                <wp:positionH relativeFrom="column">
                  <wp:posOffset>5304155</wp:posOffset>
                </wp:positionH>
                <wp:positionV relativeFrom="paragraph">
                  <wp:posOffset>158115</wp:posOffset>
                </wp:positionV>
                <wp:extent cx="478155" cy="0"/>
                <wp:effectExtent l="38100" t="76200" r="0" b="95250"/>
                <wp:wrapNone/>
                <wp:docPr id="193495930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815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D17676" id="Connecteur droit avec flèche 24" o:spid="_x0000_s1026" type="#_x0000_t32" style="position:absolute;margin-left:417.65pt;margin-top:12.45pt;width:37.65pt;height:0;flip:x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" strokecolor="black [3040]">
                <v:stroke endarrow="block"/>
              </v:shape>
            </w:pict>
          </mc:Fallback>
        </mc:AlternateContent>
      </w: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7508BEA" wp14:editId="1DA9E943">
                <wp:simplePos x="0" y="0"/>
                <wp:positionH relativeFrom="column">
                  <wp:posOffset>5046980</wp:posOffset>
                </wp:positionH>
                <wp:positionV relativeFrom="paragraph">
                  <wp:posOffset>10795</wp:posOffset>
                </wp:positionV>
                <wp:extent cx="337820" cy="309245"/>
                <wp:effectExtent l="0" t="0" r="0" b="0"/>
                <wp:wrapNone/>
                <wp:docPr id="1954916605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71695" w14:textId="77777777" w:rsidR="003D1D25" w:rsidRPr="005976AE" w:rsidRDefault="003D1D25" w:rsidP="003D1D25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③</w:t>
                            </w:r>
                          </w:p>
                          <w:p w14:paraId="2C7A558E" w14:textId="77777777" w:rsidR="003D1D25" w:rsidRDefault="003D1D25" w:rsidP="003D1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08BEA" id="_x0000_s1058" type="#_x0000_t202" style="position:absolute;left:0;text-align:left;margin-left:397.4pt;margin-top:.85pt;width:26.6pt;height:24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" filled="f" stroked="f" strokeweight=".5pt">
                <v:textbox>
                  <w:txbxContent>
                    <w:p w14:paraId="6F871695" w14:textId="77777777" w:rsidR="003D1D25" w:rsidRPr="005976AE" w:rsidRDefault="003D1D25" w:rsidP="003D1D25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t>③</w:t>
                      </w:r>
                    </w:p>
                    <w:p w14:paraId="2C7A558E" w14:textId="77777777" w:rsidR="003D1D25" w:rsidRDefault="003D1D25" w:rsidP="003D1D25"/>
                  </w:txbxContent>
                </v:textbox>
              </v:shape>
            </w:pict>
          </mc:Fallback>
        </mc:AlternateContent>
      </w: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39AB0AE" wp14:editId="2B5BB651">
                <wp:simplePos x="0" y="0"/>
                <wp:positionH relativeFrom="column">
                  <wp:posOffset>2188210</wp:posOffset>
                </wp:positionH>
                <wp:positionV relativeFrom="paragraph">
                  <wp:posOffset>191135</wp:posOffset>
                </wp:positionV>
                <wp:extent cx="478155" cy="0"/>
                <wp:effectExtent l="38100" t="76200" r="0" b="95250"/>
                <wp:wrapNone/>
                <wp:docPr id="124206195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815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6147BF" id="Connecteur droit avec flèche 24" o:spid="_x0000_s1026" type="#_x0000_t32" style="position:absolute;margin-left:172.3pt;margin-top:15.05pt;width:37.65pt;height:0;flip:x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" strokecolor="black [3040]">
                <v:stroke endarrow="block"/>
              </v:shape>
            </w:pict>
          </mc:Fallback>
        </mc:AlternateContent>
      </w: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3F9791C" wp14:editId="28D897F5">
                <wp:simplePos x="0" y="0"/>
                <wp:positionH relativeFrom="column">
                  <wp:posOffset>2623820</wp:posOffset>
                </wp:positionH>
                <wp:positionV relativeFrom="paragraph">
                  <wp:posOffset>42545</wp:posOffset>
                </wp:positionV>
                <wp:extent cx="613410" cy="259715"/>
                <wp:effectExtent l="0" t="0" r="0" b="6985"/>
                <wp:wrapNone/>
                <wp:docPr id="181285544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6CC5C" w14:textId="43AD4133" w:rsidR="003D1D25" w:rsidRDefault="003D1D25" w:rsidP="003D1D25">
                            <w:pPr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</w:rPr>
                              <w:t>Return</w:t>
                            </w:r>
                          </w:p>
                          <w:p w14:paraId="19A6FD24" w14:textId="77777777" w:rsidR="00D31616" w:rsidRPr="003C26EC" w:rsidRDefault="00D31616" w:rsidP="003D1D25">
                            <w:pPr>
                              <w:rPr>
                                <w:rFonts w:ascii="Aptos" w:hAnsi="Apto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9791C" id="_x0000_s1059" type="#_x0000_t202" style="position:absolute;left:0;text-align:left;margin-left:206.6pt;margin-top:3.35pt;width:48.3pt;height:20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" filled="f" stroked="f" strokeweight=".5pt">
                <v:textbox>
                  <w:txbxContent>
                    <w:p w14:paraId="4ED6CC5C" w14:textId="43AD4133" w:rsidR="003D1D25" w:rsidRDefault="003D1D25" w:rsidP="003D1D25">
                      <w:pPr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hAnsi="Aptos"/>
                        </w:rPr>
                        <w:t>Return</w:t>
                      </w:r>
                    </w:p>
                    <w:p w14:paraId="19A6FD24" w14:textId="77777777" w:rsidR="00D31616" w:rsidRPr="003C26EC" w:rsidRDefault="00D31616" w:rsidP="003D1D25">
                      <w:pPr>
                        <w:rPr>
                          <w:rFonts w:ascii="Aptos" w:hAnsi="Apto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B285DBE" wp14:editId="26408073">
                <wp:simplePos x="0" y="0"/>
                <wp:positionH relativeFrom="column">
                  <wp:posOffset>1911985</wp:posOffset>
                </wp:positionH>
                <wp:positionV relativeFrom="paragraph">
                  <wp:posOffset>48895</wp:posOffset>
                </wp:positionV>
                <wp:extent cx="337820" cy="309245"/>
                <wp:effectExtent l="0" t="0" r="0" b="0"/>
                <wp:wrapNone/>
                <wp:docPr id="48436204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5A973" w14:textId="77777777" w:rsidR="00CF24E0" w:rsidRPr="005976AE" w:rsidRDefault="00CF24E0" w:rsidP="00CF24E0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③</w:t>
                            </w:r>
                          </w:p>
                          <w:p w14:paraId="01C27F1E" w14:textId="77777777" w:rsidR="00CF24E0" w:rsidRDefault="00CF24E0" w:rsidP="00CF24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85DBE" id="_x0000_s1060" type="#_x0000_t202" style="position:absolute;left:0;text-align:left;margin-left:150.55pt;margin-top:3.85pt;width:26.6pt;height:24.3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" filled="f" stroked="f" strokeweight=".5pt">
                <v:textbox>
                  <w:txbxContent>
                    <w:p w14:paraId="6B85A973" w14:textId="77777777" w:rsidR="00CF24E0" w:rsidRPr="005976AE" w:rsidRDefault="00CF24E0" w:rsidP="00CF24E0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t>③</w:t>
                      </w:r>
                    </w:p>
                    <w:p w14:paraId="01C27F1E" w14:textId="77777777" w:rsidR="00CF24E0" w:rsidRDefault="00CF24E0" w:rsidP="00CF24E0"/>
                  </w:txbxContent>
                </v:textbox>
              </v:shape>
            </w:pict>
          </mc:Fallback>
        </mc:AlternateContent>
      </w:r>
    </w:p>
    <w:p w14:paraId="29EC1095" w14:textId="0617E554" w:rsidR="00CF24E0" w:rsidRPr="00BC5D46" w:rsidRDefault="00CF24E0" w:rsidP="00CF24E0">
      <w:pPr>
        <w:pStyle w:val="Listepuces"/>
        <w:numPr>
          <w:ilvl w:val="0"/>
          <w:numId w:val="0"/>
        </w:numPr>
        <w:ind w:left="360"/>
        <w:rPr>
          <w:rFonts w:ascii="Aptos" w:hAnsi="Aptos"/>
        </w:rPr>
      </w:pPr>
    </w:p>
    <w:p w14:paraId="505195F7" w14:textId="3AE685F8" w:rsidR="00CF24E0" w:rsidRPr="00BC5D46" w:rsidRDefault="00CF24E0" w:rsidP="00CF24E0">
      <w:pPr>
        <w:pStyle w:val="Listepuces"/>
        <w:numPr>
          <w:ilvl w:val="0"/>
          <w:numId w:val="0"/>
        </w:numPr>
        <w:ind w:left="360"/>
        <w:rPr>
          <w:rFonts w:ascii="Aptos" w:hAnsi="Aptos"/>
        </w:rPr>
      </w:pPr>
    </w:p>
    <w:p w14:paraId="5AB2467A" w14:textId="71A641FA" w:rsidR="00CF24E0" w:rsidRPr="00BC5D46" w:rsidRDefault="00CF24E0" w:rsidP="00CF24E0">
      <w:pPr>
        <w:pStyle w:val="Listepuces"/>
        <w:numPr>
          <w:ilvl w:val="0"/>
          <w:numId w:val="0"/>
        </w:numPr>
        <w:ind w:left="360"/>
        <w:rPr>
          <w:rFonts w:ascii="Aptos" w:hAnsi="Aptos"/>
        </w:rPr>
      </w:pPr>
    </w:p>
    <w:p w14:paraId="212C710B" w14:textId="77777777" w:rsidR="00CF24E0" w:rsidRPr="00BC5D46" w:rsidRDefault="00CF24E0" w:rsidP="00CF24E0">
      <w:pPr>
        <w:pStyle w:val="Listepuces"/>
        <w:numPr>
          <w:ilvl w:val="0"/>
          <w:numId w:val="0"/>
        </w:numPr>
        <w:ind w:left="360"/>
        <w:rPr>
          <w:rFonts w:ascii="Aptos" w:hAnsi="Aptos"/>
        </w:rPr>
      </w:pPr>
    </w:p>
    <w:p w14:paraId="70DF2287" w14:textId="0BB61643" w:rsidR="00114C23" w:rsidRPr="00BC5D46" w:rsidRDefault="00CE1EC0">
      <w:pPr>
        <w:jc w:val="center"/>
        <w:rPr>
          <w:rFonts w:ascii="Aptos" w:hAnsi="Aptos"/>
        </w:rPr>
      </w:pPr>
      <w:r w:rsidRPr="00BC5D46">
        <w:rPr>
          <w:rFonts w:ascii="Aptos" w:hAnsi="Aptos"/>
          <w:i/>
        </w:rPr>
        <w:t xml:space="preserve">Figure – </w:t>
      </w:r>
      <w:r w:rsidR="003D1D25" w:rsidRPr="00BC5D46">
        <w:rPr>
          <w:rFonts w:ascii="Aptos" w:hAnsi="Aptos"/>
          <w:i/>
        </w:rPr>
        <w:t>Any Screen to Stream list with signal bars and lock icons</w:t>
      </w:r>
    </w:p>
    <w:p w14:paraId="3B3C8476" w14:textId="77777777" w:rsidR="00114C23" w:rsidRPr="00BC5D46" w:rsidRDefault="00114C23">
      <w:pPr>
        <w:rPr>
          <w:rFonts w:ascii="Aptos" w:hAnsi="Aptos"/>
        </w:rPr>
      </w:pPr>
    </w:p>
    <w:p w14:paraId="2A916BB9" w14:textId="77777777" w:rsidR="004E23E6" w:rsidRDefault="004E23E6" w:rsidP="003D1D25">
      <w:pPr>
        <w:pStyle w:val="Titre1"/>
        <w:rPr>
          <w:rFonts w:ascii="Aptos" w:hAnsi="Aptos"/>
        </w:rPr>
      </w:pPr>
      <w:bookmarkStart w:id="7" w:name="_Toc207203250"/>
      <w:bookmarkStart w:id="8" w:name="_Toc207283908"/>
    </w:p>
    <w:p w14:paraId="196B8352" w14:textId="77777777" w:rsidR="004E23E6" w:rsidRDefault="004E23E6" w:rsidP="003D1D25">
      <w:pPr>
        <w:pStyle w:val="Titre1"/>
        <w:rPr>
          <w:rFonts w:ascii="Aptos" w:hAnsi="Aptos"/>
        </w:rPr>
      </w:pPr>
    </w:p>
    <w:p w14:paraId="13052881" w14:textId="79C466CC" w:rsidR="003D1D25" w:rsidRPr="00BC5D46" w:rsidRDefault="003D1D25" w:rsidP="003D1D25">
      <w:pPr>
        <w:pStyle w:val="Titre1"/>
        <w:rPr>
          <w:rFonts w:ascii="Aptos" w:hAnsi="Aptos"/>
        </w:rPr>
      </w:pPr>
      <w:r w:rsidRPr="00BC5D46">
        <w:rPr>
          <w:rFonts w:ascii="Aptos" w:hAnsi="Aptos"/>
        </w:rPr>
        <w:t xml:space="preserve">Part </w:t>
      </w:r>
      <w:r w:rsidR="00265E3F">
        <w:rPr>
          <w:rFonts w:ascii="Aptos" w:hAnsi="Aptos"/>
        </w:rPr>
        <w:t>4</w:t>
      </w:r>
      <w:r w:rsidRPr="00BC5D46">
        <w:rPr>
          <w:rFonts w:ascii="Aptos" w:hAnsi="Aptos"/>
        </w:rPr>
        <w:t xml:space="preserve"> — Connect to a secured broadcast (password or QR)</w:t>
      </w:r>
      <w:bookmarkEnd w:id="7"/>
      <w:bookmarkEnd w:id="8"/>
    </w:p>
    <w:p w14:paraId="47EF9B6E" w14:textId="77777777" w:rsidR="003D1D25" w:rsidRPr="00BC5D46" w:rsidRDefault="003D1D25" w:rsidP="003D1D25">
      <w:pPr>
        <w:rPr>
          <w:rFonts w:ascii="Aptos" w:hAnsi="Aptos"/>
        </w:rPr>
      </w:pPr>
      <w:r w:rsidRPr="00BC5D46">
        <w:rPr>
          <w:rFonts w:ascii="Aptos" w:hAnsi="Aptos"/>
        </w:rPr>
        <w:t>Goal: access locked broadcasts safely and quickly.</w:t>
      </w:r>
    </w:p>
    <w:p w14:paraId="4E2A9823" w14:textId="77777777" w:rsidR="003D1D25" w:rsidRPr="00BC5D46" w:rsidRDefault="003D1D25" w:rsidP="003D1D25">
      <w:pPr>
        <w:pStyle w:val="Listenumro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</w:rPr>
        <w:t>1. On the Identification screen, either:</w:t>
      </w:r>
    </w:p>
    <w:p w14:paraId="531B5400" w14:textId="77777777" w:rsidR="003D1D25" w:rsidRPr="00BC5D46" w:rsidRDefault="003D1D25" w:rsidP="003D1D25">
      <w:pPr>
        <w:pStyle w:val="Listenumro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</w:rPr>
        <w:t>2.    a) Enter the password via the on</w:t>
      </w:r>
      <w:r w:rsidRPr="00BC5D46">
        <w:rPr>
          <w:rFonts w:ascii="Cambria Math" w:hAnsi="Cambria Math" w:cs="Cambria Math"/>
        </w:rPr>
        <w:t>‑</w:t>
      </w:r>
      <w:r w:rsidRPr="00BC5D46">
        <w:rPr>
          <w:rFonts w:ascii="Aptos" w:hAnsi="Aptos"/>
        </w:rPr>
        <w:t xml:space="preserve">screen keyboard then tap on connect or press </w:t>
      </w:r>
      <w:r w:rsidRPr="00BC5D46">
        <w:rPr>
          <w:rFonts w:ascii="Aptos" w:hAnsi="Aptos"/>
          <w:sz w:val="24"/>
          <w:szCs w:val="24"/>
        </w:rPr>
        <w:t>②</w:t>
      </w:r>
      <w:r w:rsidRPr="00BC5D46">
        <w:rPr>
          <w:rFonts w:ascii="Aptos" w:hAnsi="Aptos"/>
        </w:rPr>
        <w:t>.</w:t>
      </w:r>
    </w:p>
    <w:p w14:paraId="5A72634F" w14:textId="77777777" w:rsidR="003D1D25" w:rsidRPr="00BC5D46" w:rsidRDefault="003D1D25" w:rsidP="003D1D25">
      <w:pPr>
        <w:pStyle w:val="Listenumro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</w:rPr>
        <w:t xml:space="preserve">On success, a choice panel appears to save credentials or not. Confirm with a tap or </w:t>
      </w:r>
      <w:r w:rsidRPr="00BC5D46">
        <w:rPr>
          <w:rFonts w:ascii="Aptos" w:hAnsi="Aptos"/>
          <w:sz w:val="24"/>
          <w:szCs w:val="24"/>
        </w:rPr>
        <w:t>② for yes and ③</w:t>
      </w:r>
      <w:r w:rsidRPr="00BC5D46">
        <w:rPr>
          <w:rFonts w:ascii="Aptos" w:hAnsi="Aptos"/>
          <w:sz w:val="28"/>
          <w:szCs w:val="28"/>
        </w:rPr>
        <w:t xml:space="preserve"> </w:t>
      </w:r>
      <w:r w:rsidRPr="00BC5D46">
        <w:rPr>
          <w:rFonts w:ascii="Aptos" w:hAnsi="Aptos"/>
          <w:sz w:val="24"/>
          <w:szCs w:val="24"/>
        </w:rPr>
        <w:t>for no.</w:t>
      </w:r>
    </w:p>
    <w:p w14:paraId="7158A955" w14:textId="77777777" w:rsidR="003D1D25" w:rsidRPr="00BC5D46" w:rsidRDefault="003D1D25" w:rsidP="003D1D25">
      <w:pPr>
        <w:pStyle w:val="Listenumro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</w:rPr>
        <w:t>On failure, a short message appears; retry entering the password.</w:t>
      </w:r>
    </w:p>
    <w:p w14:paraId="2B4FAED3" w14:textId="77777777" w:rsidR="00114C23" w:rsidRPr="00BC5D46" w:rsidRDefault="00114C23">
      <w:pPr>
        <w:rPr>
          <w:rFonts w:ascii="Aptos" w:hAnsi="Aptos"/>
        </w:rPr>
      </w:pPr>
    </w:p>
    <w:p w14:paraId="1F54C441" w14:textId="7A19B0B9" w:rsidR="003D1D25" w:rsidRPr="00BC5D46" w:rsidRDefault="003D1D25">
      <w:pPr>
        <w:rPr>
          <w:rFonts w:ascii="Aptos" w:hAnsi="Aptos"/>
        </w:rPr>
      </w:pPr>
    </w:p>
    <w:p w14:paraId="25A40F72" w14:textId="4F0533A8" w:rsidR="003D1D25" w:rsidRPr="00BC5D46" w:rsidRDefault="003D1D25" w:rsidP="001F21C8">
      <w:pPr>
        <w:pStyle w:val="Listenumros"/>
        <w:numPr>
          <w:ilvl w:val="0"/>
          <w:numId w:val="0"/>
        </w:numPr>
        <w:ind w:left="360" w:hanging="360"/>
        <w:rPr>
          <w:rFonts w:ascii="Aptos" w:hAnsi="Aptos"/>
        </w:rPr>
      </w:pPr>
    </w:p>
    <w:p w14:paraId="21F142EF" w14:textId="27F53854" w:rsidR="003D1D25" w:rsidRPr="00BC5D46" w:rsidRDefault="003D1D25" w:rsidP="003D1D25">
      <w:pPr>
        <w:pStyle w:val="Listenumro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  <w:noProof/>
        </w:rPr>
        <w:drawing>
          <wp:anchor distT="0" distB="0" distL="114300" distR="114300" simplePos="0" relativeHeight="251689472" behindDoc="0" locked="0" layoutInCell="1" allowOverlap="1" wp14:anchorId="22EE0487" wp14:editId="5199008B">
            <wp:simplePos x="0" y="0"/>
            <wp:positionH relativeFrom="column">
              <wp:posOffset>539433</wp:posOffset>
            </wp:positionH>
            <wp:positionV relativeFrom="paragraph">
              <wp:posOffset>187960</wp:posOffset>
            </wp:positionV>
            <wp:extent cx="1333500" cy="2727960"/>
            <wp:effectExtent l="0" t="0" r="0" b="0"/>
            <wp:wrapNone/>
            <wp:docPr id="1665069493" name="Image 1" descr="AuraSTRX | Audiof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raSTRX | Audiofil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8" t="12756" r="32304" b="1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C5D46">
        <w:rPr>
          <w:rFonts w:ascii="Aptos" w:hAnsi="Aptos"/>
          <w:noProof/>
        </w:rPr>
        <w:drawing>
          <wp:anchor distT="0" distB="0" distL="114300" distR="114300" simplePos="0" relativeHeight="251693568" behindDoc="0" locked="0" layoutInCell="1" allowOverlap="1" wp14:anchorId="7C1DB007" wp14:editId="19F6F1E2">
            <wp:simplePos x="0" y="0"/>
            <wp:positionH relativeFrom="column">
              <wp:posOffset>3403918</wp:posOffset>
            </wp:positionH>
            <wp:positionV relativeFrom="paragraph">
              <wp:posOffset>187325</wp:posOffset>
            </wp:positionV>
            <wp:extent cx="1333500" cy="2727960"/>
            <wp:effectExtent l="0" t="0" r="0" b="0"/>
            <wp:wrapNone/>
            <wp:docPr id="2060040943" name="Image 1" descr="AuraSTRX | Audiof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raSTRX | Audiofil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8" t="12756" r="32304" b="1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C5D46">
        <w:rPr>
          <w:rFonts w:ascii="Aptos" w:hAnsi="Aptos"/>
          <w:noProof/>
        </w:rPr>
        <w:drawing>
          <wp:anchor distT="0" distB="0" distL="114300" distR="114300" simplePos="0" relativeHeight="251691520" behindDoc="0" locked="0" layoutInCell="1" allowOverlap="1" wp14:anchorId="31AA2FF6" wp14:editId="68FEC76F">
            <wp:simplePos x="0" y="0"/>
            <wp:positionH relativeFrom="column">
              <wp:posOffset>5093970</wp:posOffset>
            </wp:positionH>
            <wp:positionV relativeFrom="paragraph">
              <wp:posOffset>186902</wp:posOffset>
            </wp:positionV>
            <wp:extent cx="1333500" cy="2727960"/>
            <wp:effectExtent l="0" t="0" r="0" b="0"/>
            <wp:wrapNone/>
            <wp:docPr id="1227128648" name="Image 1" descr="AuraSTRX | Audiof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raSTRX | Audiofil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8" t="12756" r="32304" b="1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A19F58" w14:textId="69677190" w:rsidR="003D1D25" w:rsidRPr="00BC5D46" w:rsidRDefault="003D1D25" w:rsidP="003D1D25">
      <w:pPr>
        <w:rPr>
          <w:rFonts w:ascii="Aptos" w:hAnsi="Aptos"/>
        </w:rPr>
      </w:pPr>
      <w:r w:rsidRPr="00BC5D46">
        <w:rPr>
          <w:rFonts w:ascii="Aptos" w:hAnsi="Aptos"/>
          <w:noProof/>
        </w:rPr>
        <w:drawing>
          <wp:anchor distT="0" distB="0" distL="114300" distR="114300" simplePos="0" relativeHeight="251692544" behindDoc="0" locked="0" layoutInCell="1" allowOverlap="1" wp14:anchorId="1135C9B7" wp14:editId="07198477">
            <wp:simplePos x="0" y="0"/>
            <wp:positionH relativeFrom="column">
              <wp:posOffset>5279390</wp:posOffset>
            </wp:positionH>
            <wp:positionV relativeFrom="paragraph">
              <wp:posOffset>177800</wp:posOffset>
            </wp:positionV>
            <wp:extent cx="922655" cy="1168400"/>
            <wp:effectExtent l="0" t="0" r="0" b="0"/>
            <wp:wrapNone/>
            <wp:docPr id="1135509795" name="Image 42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509795" name="Image 42" descr="Une image contenant texte, capture d’écran, Police, nomb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D46">
        <w:rPr>
          <w:rFonts w:ascii="Aptos" w:hAnsi="Aptos"/>
          <w:noProof/>
        </w:rPr>
        <w:drawing>
          <wp:anchor distT="0" distB="0" distL="114300" distR="114300" simplePos="0" relativeHeight="251694592" behindDoc="0" locked="0" layoutInCell="1" allowOverlap="1" wp14:anchorId="1CC7FF23" wp14:editId="77E07FC7">
            <wp:simplePos x="0" y="0"/>
            <wp:positionH relativeFrom="column">
              <wp:posOffset>3577590</wp:posOffset>
            </wp:positionH>
            <wp:positionV relativeFrom="paragraph">
              <wp:posOffset>176530</wp:posOffset>
            </wp:positionV>
            <wp:extent cx="941070" cy="1168400"/>
            <wp:effectExtent l="0" t="0" r="0" b="0"/>
            <wp:wrapNone/>
            <wp:docPr id="730672991" name="Image 44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672991" name="Image 44" descr="Une image contenant texte, capture d’écran, Police, nomb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D46">
        <w:rPr>
          <w:rFonts w:ascii="Aptos" w:hAnsi="Aptos"/>
          <w:noProof/>
        </w:rPr>
        <w:drawing>
          <wp:anchor distT="0" distB="0" distL="114300" distR="114300" simplePos="0" relativeHeight="251690496" behindDoc="0" locked="0" layoutInCell="1" allowOverlap="1" wp14:anchorId="1BFA6889" wp14:editId="10524BCE">
            <wp:simplePos x="0" y="0"/>
            <wp:positionH relativeFrom="column">
              <wp:posOffset>719455</wp:posOffset>
            </wp:positionH>
            <wp:positionV relativeFrom="paragraph">
              <wp:posOffset>193675</wp:posOffset>
            </wp:positionV>
            <wp:extent cx="949735" cy="1155727"/>
            <wp:effectExtent l="0" t="0" r="3175" b="6350"/>
            <wp:wrapNone/>
            <wp:docPr id="903810065" name="Image 4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10065" name="Image 41" descr="Une image contenant texte, capture d’écran, Police, nomb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735" cy="115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AC89D" w14:textId="0C8BE657" w:rsidR="003D1D25" w:rsidRPr="00BC5D46" w:rsidRDefault="003D1D25" w:rsidP="003D1D25">
      <w:pPr>
        <w:jc w:val="center"/>
        <w:rPr>
          <w:rFonts w:ascii="Aptos" w:hAnsi="Aptos"/>
          <w:i/>
        </w:rPr>
      </w:pPr>
    </w:p>
    <w:p w14:paraId="399EFA1D" w14:textId="37862EDE" w:rsidR="003D1D25" w:rsidRPr="00BC5D46" w:rsidRDefault="003D1D25" w:rsidP="003D1D25">
      <w:pPr>
        <w:jc w:val="center"/>
        <w:rPr>
          <w:rFonts w:ascii="Aptos" w:hAnsi="Aptos"/>
          <w:i/>
        </w:rPr>
      </w:pPr>
    </w:p>
    <w:p w14:paraId="31507441" w14:textId="4EBA2189" w:rsidR="003D1D25" w:rsidRPr="00BC5D46" w:rsidRDefault="003D1D25">
      <w:pPr>
        <w:rPr>
          <w:rFonts w:ascii="Aptos" w:hAnsi="Aptos"/>
        </w:rPr>
      </w:pPr>
    </w:p>
    <w:p w14:paraId="1541C6CA" w14:textId="3822B45C" w:rsidR="003D1D25" w:rsidRPr="00BC5D46" w:rsidRDefault="003D1D25">
      <w:pPr>
        <w:rPr>
          <w:rFonts w:ascii="Aptos" w:hAnsi="Aptos"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9802AA4" wp14:editId="66F0FD4F">
                <wp:simplePos x="0" y="0"/>
                <wp:positionH relativeFrom="column">
                  <wp:posOffset>4748031</wp:posOffset>
                </wp:positionH>
                <wp:positionV relativeFrom="paragraph">
                  <wp:posOffset>24797</wp:posOffset>
                </wp:positionV>
                <wp:extent cx="404495" cy="273050"/>
                <wp:effectExtent l="0" t="0" r="0" b="0"/>
                <wp:wrapNone/>
                <wp:docPr id="1615429094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3E2CA2" w14:textId="6523587A" w:rsidR="003D1D25" w:rsidRPr="003C26EC" w:rsidRDefault="003D1D25" w:rsidP="003D1D25">
                            <w:pPr>
                              <w:rPr>
                                <w:rFonts w:ascii="Aptos" w:hAnsi="Aptos"/>
                              </w:rPr>
                            </w:pPr>
                            <w: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02AA4" id="_x0000_s1061" type="#_x0000_t202" style="position:absolute;margin-left:373.85pt;margin-top:1.95pt;width:31.85pt;height:21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" filled="f" stroked="f" strokeweight=".5pt">
                <v:textbox>
                  <w:txbxContent>
                    <w:p w14:paraId="033E2CA2" w14:textId="6523587A" w:rsidR="003D1D25" w:rsidRPr="003C26EC" w:rsidRDefault="003D1D25" w:rsidP="003D1D25">
                      <w:pPr>
                        <w:rPr>
                          <w:rFonts w:ascii="Aptos" w:hAnsi="Aptos"/>
                        </w:rPr>
                      </w:pPr>
                      <w: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4F0D096" wp14:editId="36036E87">
                <wp:simplePos x="0" y="0"/>
                <wp:positionH relativeFrom="column">
                  <wp:posOffset>2204978</wp:posOffset>
                </wp:positionH>
                <wp:positionV relativeFrom="paragraph">
                  <wp:posOffset>185525</wp:posOffset>
                </wp:positionV>
                <wp:extent cx="851647" cy="0"/>
                <wp:effectExtent l="38100" t="76200" r="24765" b="133350"/>
                <wp:wrapNone/>
                <wp:docPr id="856887858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164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6627C6" id="Connecteur droit avec flèche 10" o:spid="_x0000_s1026" type="#_x0000_t32" style="position:absolute;margin-left:173.6pt;margin-top:14.6pt;width:67.05pt;height:0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58184D4E" w14:textId="47DEFACA" w:rsidR="003D1D25" w:rsidRPr="00BC5D46" w:rsidRDefault="00BD35D1">
      <w:pPr>
        <w:rPr>
          <w:rFonts w:ascii="Aptos" w:hAnsi="Aptos"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35D0226" wp14:editId="57E3686E">
                <wp:simplePos x="0" y="0"/>
                <wp:positionH relativeFrom="column">
                  <wp:posOffset>2764790</wp:posOffset>
                </wp:positionH>
                <wp:positionV relativeFrom="paragraph">
                  <wp:posOffset>104775</wp:posOffset>
                </wp:positionV>
                <wp:extent cx="404495" cy="273050"/>
                <wp:effectExtent l="0" t="0" r="0" b="0"/>
                <wp:wrapNone/>
                <wp:docPr id="1758080535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AC02A" w14:textId="0D28FCF0" w:rsidR="003D1D25" w:rsidRPr="003C26EC" w:rsidRDefault="003D1D25" w:rsidP="003D1D25">
                            <w:pPr>
                              <w:rPr>
                                <w:rFonts w:ascii="Aptos" w:hAnsi="Aptos"/>
                              </w:rPr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D0226" id="_x0000_s1062" type="#_x0000_t202" style="position:absolute;margin-left:217.7pt;margin-top:8.25pt;width:31.85pt;height:21.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" filled="f" stroked="f" strokeweight=".5pt">
                <v:textbox>
                  <w:txbxContent>
                    <w:p w14:paraId="62EAC02A" w14:textId="0D28FCF0" w:rsidR="003D1D25" w:rsidRPr="003C26EC" w:rsidRDefault="003D1D25" w:rsidP="003D1D25">
                      <w:pPr>
                        <w:rPr>
                          <w:rFonts w:ascii="Aptos" w:hAnsi="Aptos"/>
                        </w:rPr>
                      </w:pPr>
                      <w: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57F1102" wp14:editId="5047E54F">
                <wp:simplePos x="0" y="0"/>
                <wp:positionH relativeFrom="column">
                  <wp:posOffset>3137535</wp:posOffset>
                </wp:positionH>
                <wp:positionV relativeFrom="paragraph">
                  <wp:posOffset>251460</wp:posOffset>
                </wp:positionV>
                <wp:extent cx="520065" cy="0"/>
                <wp:effectExtent l="0" t="76200" r="13335" b="95250"/>
                <wp:wrapNone/>
                <wp:docPr id="1964037707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73D9F" id="Connecteur droit avec flèche 16" o:spid="_x0000_s1026" type="#_x0000_t32" style="position:absolute;margin-left:247.05pt;margin-top:19.8pt;width:40.95pt;height:0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" strokecolor="black [3040]">
                <v:stroke endarrow="block"/>
              </v:shape>
            </w:pict>
          </mc:Fallback>
        </mc:AlternateContent>
      </w: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8E5D773" wp14:editId="1ACEC674">
                <wp:simplePos x="0" y="0"/>
                <wp:positionH relativeFrom="column">
                  <wp:posOffset>3653155</wp:posOffset>
                </wp:positionH>
                <wp:positionV relativeFrom="paragraph">
                  <wp:posOffset>102235</wp:posOffset>
                </wp:positionV>
                <wp:extent cx="344805" cy="296545"/>
                <wp:effectExtent l="0" t="0" r="0" b="0"/>
                <wp:wrapNone/>
                <wp:docPr id="1853690589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4F9D4" w14:textId="77777777" w:rsidR="003D1D25" w:rsidRPr="00BB13B3" w:rsidRDefault="003D1D25" w:rsidP="003D1D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B13B3">
                              <w:rPr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5D773" id="_x0000_s1063" type="#_x0000_t202" style="position:absolute;margin-left:287.65pt;margin-top:8.05pt;width:27.15pt;height:23.3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CerHAIAADMEAAAOAAAAZHJzL2Uyb0RvYy54bWysU8tu2zAQvBfoPxC815Id2U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" filled="f" stroked="f" strokeweight=".5pt">
                <v:textbox>
                  <w:txbxContent>
                    <w:p w14:paraId="3AA4F9D4" w14:textId="77777777" w:rsidR="003D1D25" w:rsidRPr="00BB13B3" w:rsidRDefault="003D1D25" w:rsidP="003D1D25">
                      <w:pPr>
                        <w:rPr>
                          <w:sz w:val="24"/>
                          <w:szCs w:val="24"/>
                        </w:rPr>
                      </w:pPr>
                      <w:r w:rsidRPr="00BB13B3">
                        <w:rPr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60E9B09" wp14:editId="599936E6">
                <wp:simplePos x="0" y="0"/>
                <wp:positionH relativeFrom="column">
                  <wp:posOffset>298450</wp:posOffset>
                </wp:positionH>
                <wp:positionV relativeFrom="paragraph">
                  <wp:posOffset>240665</wp:posOffset>
                </wp:positionV>
                <wp:extent cx="520065" cy="0"/>
                <wp:effectExtent l="0" t="76200" r="13335" b="95250"/>
                <wp:wrapNone/>
                <wp:docPr id="58637577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42EE00" id="Connecteur droit avec flèche 16" o:spid="_x0000_s1026" type="#_x0000_t32" style="position:absolute;margin-left:23.5pt;margin-top:18.95pt;width:40.95pt;height:0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" strokecolor="black [3040]">
                <v:stroke endarrow="block"/>
              </v:shape>
            </w:pict>
          </mc:Fallback>
        </mc:AlternateContent>
      </w: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96D40F2" wp14:editId="17774C0E">
                <wp:simplePos x="0" y="0"/>
                <wp:positionH relativeFrom="column">
                  <wp:posOffset>-333375</wp:posOffset>
                </wp:positionH>
                <wp:positionV relativeFrom="paragraph">
                  <wp:posOffset>92710</wp:posOffset>
                </wp:positionV>
                <wp:extent cx="695960" cy="384175"/>
                <wp:effectExtent l="0" t="0" r="0" b="0"/>
                <wp:wrapNone/>
                <wp:docPr id="746755397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A3727" w14:textId="04AA6FB2" w:rsidR="003D1D25" w:rsidRPr="003C26EC" w:rsidRDefault="003D1D25" w:rsidP="003D1D25">
                            <w:pPr>
                              <w:rPr>
                                <w:rFonts w:ascii="Aptos" w:hAnsi="Aptos"/>
                              </w:rPr>
                            </w:pPr>
                            <w:r>
                              <w:t>Connect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D40F2" id="_x0000_s1064" type="#_x0000_t202" style="position:absolute;margin-left:-26.25pt;margin-top:7.3pt;width:54.8pt;height:30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" filled="f" stroked="f" strokeweight=".5pt">
                <v:textbox>
                  <w:txbxContent>
                    <w:p w14:paraId="546A3727" w14:textId="04AA6FB2" w:rsidR="003D1D25" w:rsidRPr="003C26EC" w:rsidRDefault="003D1D25" w:rsidP="003D1D25">
                      <w:pPr>
                        <w:rPr>
                          <w:rFonts w:ascii="Aptos" w:hAnsi="Aptos"/>
                        </w:rPr>
                      </w:pPr>
                      <w:r>
                        <w:t>Connect</w:t>
                      </w:r>
                    </w:p>
                  </w:txbxContent>
                </v:textbox>
              </v:shape>
            </w:pict>
          </mc:Fallback>
        </mc:AlternateContent>
      </w:r>
      <w:r w:rsidR="004E23E6"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523D917" wp14:editId="439D85A6">
                <wp:simplePos x="0" y="0"/>
                <wp:positionH relativeFrom="column">
                  <wp:posOffset>788670</wp:posOffset>
                </wp:positionH>
                <wp:positionV relativeFrom="paragraph">
                  <wp:posOffset>88900</wp:posOffset>
                </wp:positionV>
                <wp:extent cx="344805" cy="296545"/>
                <wp:effectExtent l="0" t="0" r="0" b="0"/>
                <wp:wrapNone/>
                <wp:docPr id="1760595424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6E8D0" w14:textId="77777777" w:rsidR="003D1D25" w:rsidRPr="00BB13B3" w:rsidRDefault="003D1D25" w:rsidP="003D1D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B13B3">
                              <w:rPr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3D917" id="_x0000_s1065" type="#_x0000_t202" style="position:absolute;margin-left:62.1pt;margin-top:7pt;width:27.15pt;height:23.3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" filled="f" stroked="f" strokeweight=".5pt">
                <v:textbox>
                  <w:txbxContent>
                    <w:p w14:paraId="6266E8D0" w14:textId="77777777" w:rsidR="003D1D25" w:rsidRPr="00BB13B3" w:rsidRDefault="003D1D25" w:rsidP="003D1D25">
                      <w:pPr>
                        <w:rPr>
                          <w:sz w:val="24"/>
                          <w:szCs w:val="24"/>
                        </w:rPr>
                      </w:pPr>
                      <w:r w:rsidRPr="00BB13B3">
                        <w:rPr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259B1034" w14:textId="587455F9" w:rsidR="003D1D25" w:rsidRPr="00BC5D46" w:rsidRDefault="00BD35D1">
      <w:pPr>
        <w:rPr>
          <w:rFonts w:ascii="Aptos" w:hAnsi="Aptos"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12AC9B2" wp14:editId="4AB8FEDF">
                <wp:simplePos x="0" y="0"/>
                <wp:positionH relativeFrom="column">
                  <wp:posOffset>2858770</wp:posOffset>
                </wp:positionH>
                <wp:positionV relativeFrom="paragraph">
                  <wp:posOffset>26670</wp:posOffset>
                </wp:positionV>
                <wp:extent cx="404495" cy="273050"/>
                <wp:effectExtent l="0" t="0" r="0" b="0"/>
                <wp:wrapNone/>
                <wp:docPr id="201864078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6EA17E" w14:textId="4A8285EF" w:rsidR="003D1D25" w:rsidRPr="003C26EC" w:rsidRDefault="003D1D25" w:rsidP="003D1D25">
                            <w:pPr>
                              <w:rPr>
                                <w:rFonts w:ascii="Aptos" w:hAnsi="Aptos"/>
                              </w:rPr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C9B2" id="_x0000_s1066" type="#_x0000_t202" style="position:absolute;margin-left:225.1pt;margin-top:2.1pt;width:31.85pt;height:21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" filled="f" stroked="f" strokeweight=".5pt">
                <v:textbox>
                  <w:txbxContent>
                    <w:p w14:paraId="486EA17E" w14:textId="4A8285EF" w:rsidR="003D1D25" w:rsidRPr="003C26EC" w:rsidRDefault="003D1D25" w:rsidP="003D1D25">
                      <w:pPr>
                        <w:rPr>
                          <w:rFonts w:ascii="Aptos" w:hAnsi="Aptos"/>
                        </w:rPr>
                      </w:pPr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F254863" wp14:editId="506E1DFF">
                <wp:simplePos x="0" y="0"/>
                <wp:positionH relativeFrom="column">
                  <wp:posOffset>4150360</wp:posOffset>
                </wp:positionH>
                <wp:positionV relativeFrom="paragraph">
                  <wp:posOffset>39370</wp:posOffset>
                </wp:positionV>
                <wp:extent cx="256540" cy="271780"/>
                <wp:effectExtent l="0" t="0" r="0" b="0"/>
                <wp:wrapNone/>
                <wp:docPr id="737541670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63447" w14:textId="77777777" w:rsidR="003D1D25" w:rsidRPr="00AB6A12" w:rsidRDefault="003D1D25" w:rsidP="003D1D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B6A12">
                              <w:rPr>
                                <w:sz w:val="20"/>
                                <w:szCs w:val="20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54863" id="_x0000_s1067" type="#_x0000_t202" style="position:absolute;margin-left:326.8pt;margin-top:3.1pt;width:20.2pt;height:21.4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" filled="f" stroked="f" strokeweight=".5pt">
                <v:textbox>
                  <w:txbxContent>
                    <w:p w14:paraId="12B63447" w14:textId="77777777" w:rsidR="003D1D25" w:rsidRPr="00AB6A12" w:rsidRDefault="003D1D25" w:rsidP="003D1D25">
                      <w:pPr>
                        <w:rPr>
                          <w:sz w:val="20"/>
                          <w:szCs w:val="20"/>
                        </w:rPr>
                      </w:pPr>
                      <w:r w:rsidRPr="00AB6A12">
                        <w:rPr>
                          <w:sz w:val="20"/>
                          <w:szCs w:val="20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38165DA" wp14:editId="0213065B">
                <wp:simplePos x="0" y="0"/>
                <wp:positionH relativeFrom="column">
                  <wp:posOffset>3172460</wp:posOffset>
                </wp:positionH>
                <wp:positionV relativeFrom="paragraph">
                  <wp:posOffset>179070</wp:posOffset>
                </wp:positionV>
                <wp:extent cx="1047750" cy="0"/>
                <wp:effectExtent l="0" t="76200" r="19050" b="95250"/>
                <wp:wrapNone/>
                <wp:docPr id="179621644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8A9305" id="Connecteur droit avec flèche 27" o:spid="_x0000_s1026" type="#_x0000_t32" style="position:absolute;margin-left:249.8pt;margin-top:14.1pt;width:82.5pt;height:0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" strokecolor="black [3040]">
                <v:stroke endarrow="block"/>
              </v:shape>
            </w:pict>
          </mc:Fallback>
        </mc:AlternateContent>
      </w:r>
    </w:p>
    <w:p w14:paraId="7159B514" w14:textId="56615201" w:rsidR="003D1D25" w:rsidRPr="00BC5D46" w:rsidRDefault="003D1D25">
      <w:pPr>
        <w:rPr>
          <w:rFonts w:ascii="Aptos" w:hAnsi="Aptos"/>
        </w:rPr>
      </w:pPr>
    </w:p>
    <w:p w14:paraId="72C64E43" w14:textId="00B98214" w:rsidR="003D1D25" w:rsidRPr="00BC5D46" w:rsidRDefault="003D1D25">
      <w:pPr>
        <w:rPr>
          <w:rFonts w:ascii="Aptos" w:hAnsi="Aptos"/>
        </w:rPr>
      </w:pPr>
    </w:p>
    <w:p w14:paraId="4E2886EE" w14:textId="77777777" w:rsidR="005013B2" w:rsidRPr="00BC5D46" w:rsidRDefault="005013B2" w:rsidP="005013B2">
      <w:pPr>
        <w:jc w:val="center"/>
        <w:rPr>
          <w:rFonts w:ascii="Aptos" w:hAnsi="Aptos"/>
          <w:i/>
        </w:rPr>
      </w:pPr>
      <w:r w:rsidRPr="00BC5D46">
        <w:rPr>
          <w:rFonts w:ascii="Aptos" w:hAnsi="Aptos"/>
          <w:i/>
        </w:rPr>
        <w:t>Figure – Identification: Password entry</w:t>
      </w:r>
    </w:p>
    <w:p w14:paraId="458BB1EF" w14:textId="641F7B1D" w:rsidR="009363BE" w:rsidRPr="00BC5D46" w:rsidRDefault="00306402" w:rsidP="00306402">
      <w:pPr>
        <w:tabs>
          <w:tab w:val="left" w:pos="2558"/>
        </w:tabs>
        <w:spacing w:line="240" w:lineRule="auto"/>
        <w:rPr>
          <w:rFonts w:ascii="Aptos" w:hAnsi="Aptos"/>
        </w:rPr>
      </w:pPr>
      <w:r>
        <w:rPr>
          <w:rFonts w:ascii="Aptos" w:hAnsi="Aptos"/>
        </w:rPr>
        <w:tab/>
      </w:r>
    </w:p>
    <w:p w14:paraId="1BBF6903" w14:textId="77777777" w:rsidR="00BD35D1" w:rsidRDefault="0067127A" w:rsidP="009363BE">
      <w:pPr>
        <w:pStyle w:val="Listenumros"/>
        <w:numPr>
          <w:ilvl w:val="0"/>
          <w:numId w:val="0"/>
        </w:numPr>
        <w:spacing w:line="240" w:lineRule="auto"/>
        <w:ind w:left="360"/>
        <w:rPr>
          <w:rFonts w:ascii="Aptos" w:hAnsi="Aptos"/>
        </w:rPr>
      </w:pPr>
      <w:r w:rsidRPr="00BC5D46">
        <w:rPr>
          <w:rFonts w:ascii="Aptos" w:hAnsi="Aptos"/>
        </w:rPr>
        <w:t xml:space="preserve">  </w:t>
      </w:r>
    </w:p>
    <w:p w14:paraId="58273420" w14:textId="77777777" w:rsidR="00BD35D1" w:rsidRDefault="00BD35D1" w:rsidP="009363BE">
      <w:pPr>
        <w:pStyle w:val="Listenumros"/>
        <w:numPr>
          <w:ilvl w:val="0"/>
          <w:numId w:val="0"/>
        </w:numPr>
        <w:spacing w:line="240" w:lineRule="auto"/>
        <w:ind w:left="360"/>
        <w:rPr>
          <w:rFonts w:ascii="Aptos" w:hAnsi="Aptos"/>
        </w:rPr>
      </w:pPr>
    </w:p>
    <w:p w14:paraId="03E0C404" w14:textId="77777777" w:rsidR="00BD35D1" w:rsidRDefault="00BD35D1" w:rsidP="009363BE">
      <w:pPr>
        <w:pStyle w:val="Listenumros"/>
        <w:numPr>
          <w:ilvl w:val="0"/>
          <w:numId w:val="0"/>
        </w:numPr>
        <w:spacing w:line="240" w:lineRule="auto"/>
        <w:ind w:left="360"/>
        <w:rPr>
          <w:rFonts w:ascii="Aptos" w:hAnsi="Aptos"/>
        </w:rPr>
      </w:pPr>
    </w:p>
    <w:p w14:paraId="22FEDF2A" w14:textId="77777777" w:rsidR="00BD35D1" w:rsidRDefault="00BD35D1" w:rsidP="009363BE">
      <w:pPr>
        <w:pStyle w:val="Listenumros"/>
        <w:numPr>
          <w:ilvl w:val="0"/>
          <w:numId w:val="0"/>
        </w:numPr>
        <w:spacing w:line="240" w:lineRule="auto"/>
        <w:ind w:left="360"/>
        <w:rPr>
          <w:rFonts w:ascii="Aptos" w:hAnsi="Aptos"/>
        </w:rPr>
      </w:pPr>
    </w:p>
    <w:p w14:paraId="4DD5DDAB" w14:textId="77777777" w:rsidR="00BD35D1" w:rsidRDefault="00BD35D1" w:rsidP="009363BE">
      <w:pPr>
        <w:pStyle w:val="Listenumros"/>
        <w:numPr>
          <w:ilvl w:val="0"/>
          <w:numId w:val="0"/>
        </w:numPr>
        <w:spacing w:line="240" w:lineRule="auto"/>
        <w:ind w:left="360"/>
        <w:rPr>
          <w:rFonts w:ascii="Aptos" w:hAnsi="Aptos"/>
        </w:rPr>
      </w:pPr>
    </w:p>
    <w:p w14:paraId="78265F2F" w14:textId="26C42540" w:rsidR="0067127A" w:rsidRPr="00BC5D46" w:rsidRDefault="0067127A" w:rsidP="009363BE">
      <w:pPr>
        <w:pStyle w:val="Listenumros"/>
        <w:numPr>
          <w:ilvl w:val="0"/>
          <w:numId w:val="0"/>
        </w:numPr>
        <w:spacing w:line="240" w:lineRule="auto"/>
        <w:ind w:left="360"/>
        <w:rPr>
          <w:rFonts w:ascii="Aptos" w:hAnsi="Aptos"/>
        </w:rPr>
      </w:pPr>
      <w:r w:rsidRPr="00BC5D46">
        <w:rPr>
          <w:rFonts w:ascii="Aptos" w:hAnsi="Aptos"/>
        </w:rPr>
        <w:lastRenderedPageBreak/>
        <w:t xml:space="preserve">  b) Select QR by taping on the screen button dedicated, aim the laser to the QR code. The scanner activates briefly.</w:t>
      </w:r>
    </w:p>
    <w:p w14:paraId="731E733A" w14:textId="1E5B2217" w:rsidR="0067127A" w:rsidRPr="00BC5D46" w:rsidRDefault="0067127A" w:rsidP="009363BE">
      <w:pPr>
        <w:pStyle w:val="Listenumros"/>
        <w:numPr>
          <w:ilvl w:val="0"/>
          <w:numId w:val="0"/>
        </w:numPr>
        <w:spacing w:line="240" w:lineRule="auto"/>
        <w:ind w:left="360"/>
        <w:rPr>
          <w:rFonts w:ascii="Aptos" w:hAnsi="Aptos"/>
        </w:rPr>
      </w:pPr>
      <w:r w:rsidRPr="00BC5D46">
        <w:rPr>
          <w:rFonts w:ascii="Aptos" w:hAnsi="Aptos"/>
        </w:rPr>
        <w:t>On success, credentials are saved then the user is redirected to the Audio Screen. On failure, a short message appears; After</w:t>
      </w:r>
      <w:r w:rsidR="001F21C8" w:rsidRPr="00BC5D46">
        <w:rPr>
          <w:rFonts w:ascii="Aptos" w:hAnsi="Aptos"/>
        </w:rPr>
        <w:t xml:space="preserve"> </w:t>
      </w:r>
      <w:r w:rsidR="00BD35D1">
        <w:rPr>
          <w:rFonts w:ascii="Aptos" w:hAnsi="Aptos"/>
        </w:rPr>
        <w:t>10</w:t>
      </w:r>
      <w:r w:rsidRPr="00BC5D46">
        <w:rPr>
          <w:rFonts w:ascii="Aptos" w:hAnsi="Aptos"/>
        </w:rPr>
        <w:t xml:space="preserve"> seconds aim the laser to the QR code to connect.</w:t>
      </w:r>
    </w:p>
    <w:p w14:paraId="50901AE8" w14:textId="5AE27076" w:rsidR="0067127A" w:rsidRPr="00BC5D46" w:rsidRDefault="0067127A" w:rsidP="009363BE">
      <w:pPr>
        <w:pStyle w:val="Listepuces"/>
        <w:rPr>
          <w:rFonts w:ascii="Aptos" w:hAnsi="Aptos"/>
        </w:rPr>
      </w:pPr>
      <w:r w:rsidRPr="00BC5D46">
        <w:rPr>
          <w:rFonts w:ascii="Aptos" w:hAnsi="Aptos"/>
        </w:rPr>
        <w:t>If the password changes at the source</w:t>
      </w:r>
      <w:proofErr w:type="gramStart"/>
      <w:r w:rsidRPr="00BC5D46">
        <w:rPr>
          <w:rFonts w:ascii="Aptos" w:hAnsi="Aptos"/>
        </w:rPr>
        <w:t>, re</w:t>
      </w:r>
      <w:r w:rsidRPr="00BC5D46">
        <w:rPr>
          <w:rFonts w:ascii="Cambria Math" w:hAnsi="Cambria Math" w:cs="Cambria Math"/>
        </w:rPr>
        <w:t>‑</w:t>
      </w:r>
      <w:r w:rsidRPr="00BC5D46">
        <w:rPr>
          <w:rFonts w:ascii="Aptos" w:hAnsi="Aptos"/>
        </w:rPr>
        <w:t>enter or re</w:t>
      </w:r>
      <w:r w:rsidRPr="00BC5D46">
        <w:rPr>
          <w:rFonts w:ascii="Cambria Math" w:hAnsi="Cambria Math" w:cs="Cambria Math"/>
        </w:rPr>
        <w:t>‑</w:t>
      </w:r>
      <w:r w:rsidRPr="00BC5D46">
        <w:rPr>
          <w:rFonts w:ascii="Aptos" w:hAnsi="Aptos"/>
        </w:rPr>
        <w:t>scan</w:t>
      </w:r>
      <w:proofErr w:type="gramEnd"/>
      <w:r w:rsidRPr="00BC5D46">
        <w:rPr>
          <w:rFonts w:ascii="Aptos" w:hAnsi="Aptos"/>
        </w:rPr>
        <w:t xml:space="preserve"> the QR code.</w:t>
      </w:r>
    </w:p>
    <w:p w14:paraId="43651584" w14:textId="77777777" w:rsidR="0067127A" w:rsidRPr="00BC5D46" w:rsidRDefault="0067127A" w:rsidP="009363BE">
      <w:pPr>
        <w:pStyle w:val="Listepuces"/>
        <w:spacing w:line="240" w:lineRule="auto"/>
        <w:rPr>
          <w:rFonts w:ascii="Aptos" w:hAnsi="Aptos"/>
        </w:rPr>
      </w:pPr>
      <w:r w:rsidRPr="00BC5D46">
        <w:rPr>
          <w:rFonts w:ascii="Aptos" w:hAnsi="Aptos"/>
        </w:rPr>
        <w:t xml:space="preserve">Recent credentials may be kept for convenience </w:t>
      </w:r>
    </w:p>
    <w:p w14:paraId="049FFD4C" w14:textId="77777777" w:rsidR="008B3EF1" w:rsidRPr="00BC5D46" w:rsidRDefault="008B3EF1" w:rsidP="00EE4A2D">
      <w:pPr>
        <w:pStyle w:val="Listepuces"/>
        <w:numPr>
          <w:ilvl w:val="0"/>
          <w:numId w:val="0"/>
        </w:numPr>
        <w:rPr>
          <w:rFonts w:ascii="Aptos" w:hAnsi="Aptos"/>
        </w:rPr>
      </w:pPr>
    </w:p>
    <w:p w14:paraId="2606867F" w14:textId="7A114C10" w:rsidR="00707D8A" w:rsidRPr="00BC5D46" w:rsidRDefault="00EE4A2D" w:rsidP="00EE4A2D">
      <w:pPr>
        <w:pStyle w:val="Listepuces"/>
        <w:numPr>
          <w:ilvl w:val="0"/>
          <w:numId w:val="0"/>
        </w:numPr>
        <w:rPr>
          <w:rFonts w:ascii="Aptos" w:hAnsi="Aptos"/>
        </w:rPr>
      </w:pPr>
      <w:r w:rsidRPr="00BC5D46">
        <w:rPr>
          <w:rFonts w:ascii="Aptos" w:hAnsi="Aptos"/>
          <w:noProof/>
        </w:rPr>
        <w:drawing>
          <wp:anchor distT="0" distB="0" distL="114300" distR="114300" simplePos="0" relativeHeight="251552256" behindDoc="0" locked="0" layoutInCell="1" allowOverlap="1" wp14:anchorId="78A91B9A" wp14:editId="4B5EC79B">
            <wp:simplePos x="0" y="0"/>
            <wp:positionH relativeFrom="column">
              <wp:posOffset>5048314</wp:posOffset>
            </wp:positionH>
            <wp:positionV relativeFrom="paragraph">
              <wp:posOffset>319978</wp:posOffset>
            </wp:positionV>
            <wp:extent cx="909145" cy="1152068"/>
            <wp:effectExtent l="0" t="0" r="5715" b="0"/>
            <wp:wrapNone/>
            <wp:docPr id="528129560" name="Image 46" descr="Une image contenant texte, capture d’écran, Polic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129560" name="Image 46" descr="Une image contenant texte, capture d’écran, Police, logo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45" cy="115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74F" w:rsidRPr="00BC5D46">
        <w:rPr>
          <w:rFonts w:ascii="Aptos" w:hAnsi="Aptos"/>
          <w:noProof/>
        </w:rPr>
        <w:drawing>
          <wp:anchor distT="0" distB="0" distL="114300" distR="114300" simplePos="0" relativeHeight="251551232" behindDoc="0" locked="0" layoutInCell="1" allowOverlap="1" wp14:anchorId="141351D0" wp14:editId="6D545A39">
            <wp:simplePos x="0" y="0"/>
            <wp:positionH relativeFrom="column">
              <wp:posOffset>3493770</wp:posOffset>
            </wp:positionH>
            <wp:positionV relativeFrom="paragraph">
              <wp:posOffset>325755</wp:posOffset>
            </wp:positionV>
            <wp:extent cx="910590" cy="1148080"/>
            <wp:effectExtent l="0" t="0" r="3810" b="0"/>
            <wp:wrapNone/>
            <wp:docPr id="527163784" name="Image 45" descr="Une image contenant texte, capture d’écran, Polic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63784" name="Image 45" descr="Une image contenant texte, capture d’écran, Police, logo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D8A" w:rsidRPr="00BC5D46">
        <w:rPr>
          <w:rFonts w:ascii="Aptos" w:hAnsi="Aptos"/>
          <w:noProof/>
        </w:rPr>
        <w:drawing>
          <wp:anchor distT="0" distB="0" distL="114300" distR="114300" simplePos="0" relativeHeight="251549184" behindDoc="0" locked="0" layoutInCell="1" allowOverlap="1" wp14:anchorId="63626EB5" wp14:editId="50E05370">
            <wp:simplePos x="0" y="0"/>
            <wp:positionH relativeFrom="column">
              <wp:posOffset>937532</wp:posOffset>
            </wp:positionH>
            <wp:positionV relativeFrom="paragraph">
              <wp:posOffset>308610</wp:posOffset>
            </wp:positionV>
            <wp:extent cx="933450" cy="1181947"/>
            <wp:effectExtent l="0" t="0" r="0" b="0"/>
            <wp:wrapNone/>
            <wp:docPr id="19897990" name="Image 9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63908" name="Image 9" descr="Une image contenant texte, capture d’écran, Police, nomb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8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D8A" w:rsidRPr="00BC5D46">
        <w:rPr>
          <w:rFonts w:ascii="Aptos" w:hAnsi="Aptos"/>
          <w:noProof/>
        </w:rPr>
        <w:drawing>
          <wp:anchor distT="0" distB="0" distL="114300" distR="114300" simplePos="0" relativeHeight="251543040" behindDoc="0" locked="0" layoutInCell="1" allowOverlap="1" wp14:anchorId="2DE982B6" wp14:editId="72484174">
            <wp:simplePos x="0" y="0"/>
            <wp:positionH relativeFrom="column">
              <wp:posOffset>3299460</wp:posOffset>
            </wp:positionH>
            <wp:positionV relativeFrom="paragraph">
              <wp:posOffset>5080</wp:posOffset>
            </wp:positionV>
            <wp:extent cx="1333500" cy="2727960"/>
            <wp:effectExtent l="0" t="0" r="0" b="0"/>
            <wp:wrapNone/>
            <wp:docPr id="1053556976" name="Image 1" descr="AuraSTRX | Audiof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raSTRX | Audiofil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8" t="12756" r="32304" b="1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07D8A" w:rsidRPr="00BC5D46">
        <w:rPr>
          <w:rFonts w:ascii="Aptos" w:hAnsi="Aptos"/>
          <w:noProof/>
        </w:rPr>
        <w:drawing>
          <wp:anchor distT="0" distB="0" distL="114300" distR="114300" simplePos="0" relativeHeight="251542016" behindDoc="0" locked="0" layoutInCell="1" allowOverlap="1" wp14:anchorId="5903E7F7" wp14:editId="05E6CD12">
            <wp:simplePos x="0" y="0"/>
            <wp:positionH relativeFrom="column">
              <wp:posOffset>747077</wp:posOffset>
            </wp:positionH>
            <wp:positionV relativeFrom="paragraph">
              <wp:posOffset>6350</wp:posOffset>
            </wp:positionV>
            <wp:extent cx="1333500" cy="2727960"/>
            <wp:effectExtent l="0" t="0" r="0" b="0"/>
            <wp:wrapNone/>
            <wp:docPr id="23254865" name="Image 1" descr="AuraSTRX | Audiof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raSTRX | Audiofil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8" t="12756" r="32304" b="1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07D8A" w:rsidRPr="00BC5D46">
        <w:rPr>
          <w:rFonts w:ascii="Aptos" w:hAnsi="Aptos"/>
          <w:noProof/>
        </w:rPr>
        <w:drawing>
          <wp:anchor distT="0" distB="0" distL="114300" distR="114300" simplePos="0" relativeHeight="251544064" behindDoc="0" locked="0" layoutInCell="1" allowOverlap="1" wp14:anchorId="0255D2F5" wp14:editId="318AA2F3">
            <wp:simplePos x="0" y="0"/>
            <wp:positionH relativeFrom="column">
              <wp:posOffset>4838383</wp:posOffset>
            </wp:positionH>
            <wp:positionV relativeFrom="paragraph">
              <wp:posOffset>6985</wp:posOffset>
            </wp:positionV>
            <wp:extent cx="1333500" cy="2727960"/>
            <wp:effectExtent l="0" t="0" r="0" b="0"/>
            <wp:wrapNone/>
            <wp:docPr id="106511117" name="Image 1" descr="AuraSTRX | Audiof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raSTRX | Audiofil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8" t="12756" r="32304" b="1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68FB76" w14:textId="641D4354" w:rsidR="00114C23" w:rsidRPr="00BC5D46" w:rsidRDefault="00114C23">
      <w:pPr>
        <w:rPr>
          <w:rFonts w:ascii="Aptos" w:hAnsi="Aptos"/>
        </w:rPr>
      </w:pPr>
    </w:p>
    <w:p w14:paraId="42BD340B" w14:textId="77777777" w:rsidR="00707D8A" w:rsidRPr="00BC5D46" w:rsidRDefault="00707D8A">
      <w:pPr>
        <w:rPr>
          <w:rFonts w:ascii="Aptos" w:hAnsi="Aptos"/>
        </w:rPr>
      </w:pPr>
    </w:p>
    <w:p w14:paraId="789EAD04" w14:textId="67652221" w:rsidR="00707D8A" w:rsidRPr="00BC5D46" w:rsidRDefault="00707D8A">
      <w:pPr>
        <w:rPr>
          <w:rFonts w:ascii="Aptos" w:hAnsi="Aptos"/>
        </w:rPr>
      </w:pPr>
    </w:p>
    <w:p w14:paraId="65E5903F" w14:textId="0B386830" w:rsidR="00707D8A" w:rsidRPr="00BC5D46" w:rsidRDefault="008752C7">
      <w:pPr>
        <w:rPr>
          <w:rFonts w:ascii="Aptos" w:hAnsi="Aptos"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CBEBDD1" wp14:editId="30365F95">
                <wp:simplePos x="0" y="0"/>
                <wp:positionH relativeFrom="column">
                  <wp:posOffset>1791970</wp:posOffset>
                </wp:positionH>
                <wp:positionV relativeFrom="paragraph">
                  <wp:posOffset>120650</wp:posOffset>
                </wp:positionV>
                <wp:extent cx="552450" cy="857250"/>
                <wp:effectExtent l="38100" t="76200" r="19050" b="19050"/>
                <wp:wrapNone/>
                <wp:docPr id="2116357193" name="Connecteur : en 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857250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E89A9" id="Connecteur : en angle 73" o:spid="_x0000_s1026" type="#_x0000_t34" style="position:absolute;margin-left:141.1pt;margin-top:9.5pt;width:43.5pt;height:67.5pt;flip:x y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" strokecolor="#7f7f7f [1612]">
                <v:stroke endarrow="block"/>
              </v:shape>
            </w:pict>
          </mc:Fallback>
        </mc:AlternateContent>
      </w:r>
      <w:r w:rsidR="00E37190"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572C4230" wp14:editId="4EC3E159">
                <wp:simplePos x="0" y="0"/>
                <wp:positionH relativeFrom="column">
                  <wp:posOffset>4583575</wp:posOffset>
                </wp:positionH>
                <wp:positionV relativeFrom="paragraph">
                  <wp:posOffset>118126</wp:posOffset>
                </wp:positionV>
                <wp:extent cx="404495" cy="273050"/>
                <wp:effectExtent l="0" t="0" r="0" b="0"/>
                <wp:wrapNone/>
                <wp:docPr id="82490869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9F0B5" w14:textId="77777777" w:rsidR="00E37190" w:rsidRPr="003C26EC" w:rsidRDefault="00E37190" w:rsidP="00E37190">
                            <w:pPr>
                              <w:rPr>
                                <w:rFonts w:ascii="Aptos" w:hAnsi="Aptos"/>
                              </w:rPr>
                            </w:pPr>
                            <w: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C4230" id="_x0000_s1068" type="#_x0000_t202" style="position:absolute;margin-left:360.9pt;margin-top:9.3pt;width:31.85pt;height:21.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" filled="f" stroked="f" strokeweight=".5pt">
                <v:textbox>
                  <w:txbxContent>
                    <w:p w14:paraId="5A89F0B5" w14:textId="77777777" w:rsidR="00E37190" w:rsidRPr="003C26EC" w:rsidRDefault="00E37190" w:rsidP="00E37190">
                      <w:pPr>
                        <w:rPr>
                          <w:rFonts w:ascii="Aptos" w:hAnsi="Aptos"/>
                        </w:rPr>
                      </w:pPr>
                      <w: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="003657BB"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5F3E25D2" wp14:editId="6B7477EC">
                <wp:simplePos x="0" y="0"/>
                <wp:positionH relativeFrom="column">
                  <wp:posOffset>2247900</wp:posOffset>
                </wp:positionH>
                <wp:positionV relativeFrom="paragraph">
                  <wp:posOffset>289560</wp:posOffset>
                </wp:positionV>
                <wp:extent cx="851647" cy="0"/>
                <wp:effectExtent l="38100" t="76200" r="24765" b="133350"/>
                <wp:wrapNone/>
                <wp:docPr id="548413651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164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6D7FE6" id="Connecteur droit avec flèche 10" o:spid="_x0000_s1026" type="#_x0000_t32" style="position:absolute;margin-left:177pt;margin-top:22.8pt;width:67.05pt;height:0;z-index:2515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6061A64F" w14:textId="60E5C341" w:rsidR="00707D8A" w:rsidRPr="00BC5D46" w:rsidRDefault="00707D8A">
      <w:pPr>
        <w:rPr>
          <w:rFonts w:ascii="Aptos" w:hAnsi="Aptos"/>
        </w:rPr>
      </w:pPr>
    </w:p>
    <w:p w14:paraId="78BC4E94" w14:textId="0E01AE1E" w:rsidR="00707D8A" w:rsidRPr="00BC5D46" w:rsidRDefault="008752C7">
      <w:pPr>
        <w:rPr>
          <w:rFonts w:ascii="Aptos" w:hAnsi="Aptos"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457FFAC3" wp14:editId="2D670096">
                <wp:simplePos x="0" y="0"/>
                <wp:positionH relativeFrom="column">
                  <wp:posOffset>2284095</wp:posOffset>
                </wp:positionH>
                <wp:positionV relativeFrom="paragraph">
                  <wp:posOffset>179070</wp:posOffset>
                </wp:positionV>
                <wp:extent cx="816015" cy="384175"/>
                <wp:effectExtent l="0" t="0" r="0" b="0"/>
                <wp:wrapNone/>
                <wp:docPr id="1843222700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015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9229D" w14:textId="37581130" w:rsidR="00E37190" w:rsidRPr="003C26EC" w:rsidRDefault="00E37190" w:rsidP="00E37190">
                            <w:pPr>
                              <w:rPr>
                                <w:rFonts w:ascii="Aptos" w:hAnsi="Aptos"/>
                              </w:rPr>
                            </w:pPr>
                            <w:r>
                              <w:t>Tap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FFAC3" id="_x0000_s1069" type="#_x0000_t202" style="position:absolute;margin-left:179.85pt;margin-top:14.1pt;width:64.25pt;height:30.2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" filled="f" stroked="f" strokeweight=".5pt">
                <v:textbox>
                  <w:txbxContent>
                    <w:p w14:paraId="2639229D" w14:textId="37581130" w:rsidR="00E37190" w:rsidRPr="003C26EC" w:rsidRDefault="00E37190" w:rsidP="00E37190">
                      <w:pPr>
                        <w:rPr>
                          <w:rFonts w:ascii="Aptos" w:hAnsi="Aptos"/>
                        </w:rPr>
                      </w:pPr>
                      <w:r>
                        <w:t>Tap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4680A06F" w14:textId="77777777" w:rsidR="00E37190" w:rsidRPr="00BC5D46" w:rsidRDefault="00E37190" w:rsidP="00E37190">
      <w:pPr>
        <w:jc w:val="center"/>
        <w:rPr>
          <w:rFonts w:ascii="Aptos" w:hAnsi="Aptos"/>
          <w:i/>
        </w:rPr>
      </w:pPr>
    </w:p>
    <w:p w14:paraId="0682869B" w14:textId="77777777" w:rsidR="00E37190" w:rsidRPr="00BC5D46" w:rsidRDefault="00E37190" w:rsidP="00E37190">
      <w:pPr>
        <w:jc w:val="center"/>
        <w:rPr>
          <w:rFonts w:ascii="Aptos" w:hAnsi="Aptos"/>
          <w:i/>
        </w:rPr>
      </w:pPr>
    </w:p>
    <w:p w14:paraId="3D0EEBEF" w14:textId="5D9F6DEE" w:rsidR="00F41199" w:rsidRPr="00BC5D46" w:rsidRDefault="00E37190" w:rsidP="00F41199">
      <w:pPr>
        <w:jc w:val="center"/>
        <w:rPr>
          <w:rFonts w:ascii="Aptos" w:hAnsi="Aptos"/>
        </w:rPr>
      </w:pPr>
      <w:r w:rsidRPr="00BC5D46">
        <w:rPr>
          <w:rFonts w:ascii="Aptos" w:hAnsi="Aptos"/>
          <w:i/>
        </w:rPr>
        <w:t>Figure – Identification: QR scan flow</w:t>
      </w:r>
    </w:p>
    <w:p w14:paraId="74B20A9D" w14:textId="40376BF5" w:rsidR="00683128" w:rsidRPr="00BC5D46" w:rsidRDefault="007B0A0F" w:rsidP="00F41199">
      <w:pPr>
        <w:pStyle w:val="Titre1"/>
        <w:rPr>
          <w:rFonts w:ascii="Aptos" w:hAnsi="Aptos"/>
        </w:rPr>
      </w:pPr>
      <w:bookmarkStart w:id="9" w:name="_Toc207203251"/>
      <w:bookmarkStart w:id="10" w:name="_Toc207283909"/>
      <w:r w:rsidRPr="00BC5D46">
        <w:rPr>
          <w:rFonts w:ascii="Aptos" w:hAnsi="Aptos"/>
        </w:rPr>
        <w:t xml:space="preserve">Part </w:t>
      </w:r>
      <w:r w:rsidR="00265E3F">
        <w:rPr>
          <w:rFonts w:ascii="Aptos" w:hAnsi="Aptos"/>
        </w:rPr>
        <w:t>5</w:t>
      </w:r>
      <w:r w:rsidRPr="00BC5D46">
        <w:rPr>
          <w:rFonts w:ascii="Aptos" w:hAnsi="Aptos"/>
        </w:rPr>
        <w:t xml:space="preserve"> — Events &amp; System States (Consolidated)</w:t>
      </w:r>
      <w:bookmarkStart w:id="11" w:name="_Toc207203252"/>
      <w:bookmarkEnd w:id="9"/>
      <w:bookmarkEnd w:id="10"/>
    </w:p>
    <w:p w14:paraId="7928EE2F" w14:textId="77777777" w:rsidR="00F41199" w:rsidRPr="00BC5D46" w:rsidRDefault="00F41199" w:rsidP="000C3810">
      <w:pPr>
        <w:pStyle w:val="Titre2"/>
        <w:spacing w:line="240" w:lineRule="auto"/>
        <w:ind w:left="3600"/>
        <w:jc w:val="both"/>
        <w:rPr>
          <w:rFonts w:ascii="Aptos" w:hAnsi="Aptos"/>
          <w:sz w:val="24"/>
          <w:u w:val="single"/>
        </w:rPr>
      </w:pPr>
      <w:bookmarkStart w:id="12" w:name="_Toc207283910"/>
    </w:p>
    <w:p w14:paraId="4CA7B299" w14:textId="7D8F2FC7" w:rsidR="007B0A0F" w:rsidRPr="00BC5D46" w:rsidRDefault="007B0A0F" w:rsidP="000C3810">
      <w:pPr>
        <w:pStyle w:val="Titre2"/>
        <w:spacing w:line="240" w:lineRule="auto"/>
        <w:ind w:left="3600"/>
        <w:jc w:val="both"/>
        <w:rPr>
          <w:rFonts w:ascii="Aptos" w:hAnsi="Aptos"/>
        </w:rPr>
      </w:pPr>
      <w:r w:rsidRPr="00BC5D46">
        <w:rPr>
          <w:rFonts w:ascii="Aptos" w:hAnsi="Aptos"/>
          <w:sz w:val="24"/>
        </w:rPr>
        <w:t>Weak Signal</w:t>
      </w:r>
      <w:bookmarkEnd w:id="11"/>
      <w:bookmarkEnd w:id="12"/>
      <w:r w:rsidRPr="00BC5D46">
        <w:rPr>
          <w:rFonts w:ascii="Aptos" w:hAnsi="Aptos"/>
          <w:sz w:val="24"/>
        </w:rPr>
        <w:t xml:space="preserve"> </w:t>
      </w:r>
    </w:p>
    <w:p w14:paraId="587B7025" w14:textId="77777777" w:rsidR="007B0A0F" w:rsidRPr="00BC5D46" w:rsidRDefault="007B0A0F" w:rsidP="000C3810">
      <w:pPr>
        <w:spacing w:line="240" w:lineRule="auto"/>
        <w:ind w:left="3600"/>
        <w:jc w:val="both"/>
        <w:rPr>
          <w:rFonts w:ascii="Aptos" w:hAnsi="Aptos"/>
        </w:rPr>
      </w:pPr>
      <w:r w:rsidRPr="00BC5D46">
        <w:rPr>
          <w:rFonts w:ascii="Aptos" w:hAnsi="Aptos"/>
        </w:rPr>
        <w:t>Trigger/Condition: RSSI below threshold or unstable link.</w:t>
      </w:r>
    </w:p>
    <w:p w14:paraId="5A644E87" w14:textId="0B62890A" w:rsidR="007B0A0F" w:rsidRPr="00BC5D46" w:rsidRDefault="00683128" w:rsidP="000C3810">
      <w:pPr>
        <w:spacing w:line="240" w:lineRule="auto"/>
        <w:ind w:left="3600"/>
        <w:jc w:val="both"/>
        <w:rPr>
          <w:rFonts w:ascii="Aptos" w:hAnsi="Aptos"/>
        </w:rPr>
      </w:pPr>
      <w:r w:rsidRPr="00BC5D46">
        <w:rPr>
          <w:rFonts w:ascii="Aptos" w:hAnsi="Aptos"/>
          <w:noProof/>
        </w:rPr>
        <w:drawing>
          <wp:anchor distT="0" distB="0" distL="114300" distR="114300" simplePos="0" relativeHeight="251752960" behindDoc="0" locked="0" layoutInCell="1" allowOverlap="1" wp14:anchorId="145FE7C9" wp14:editId="41D1C149">
            <wp:simplePos x="0" y="0"/>
            <wp:positionH relativeFrom="column">
              <wp:posOffset>179070</wp:posOffset>
            </wp:positionH>
            <wp:positionV relativeFrom="paragraph">
              <wp:posOffset>289560</wp:posOffset>
            </wp:positionV>
            <wp:extent cx="1523365" cy="352425"/>
            <wp:effectExtent l="19050" t="19050" r="19685" b="28575"/>
            <wp:wrapNone/>
            <wp:docPr id="936351470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" r="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352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0A0F" w:rsidRPr="00BC5D46">
        <w:rPr>
          <w:rFonts w:ascii="Aptos" w:hAnsi="Aptos"/>
        </w:rPr>
        <w:t>What it means: Audio quality may degrade; risk of disconnect.</w:t>
      </w:r>
    </w:p>
    <w:p w14:paraId="55257F43" w14:textId="59DC34D9" w:rsidR="007B0A0F" w:rsidRPr="00BC5D46" w:rsidRDefault="007B0A0F" w:rsidP="000C3810">
      <w:pPr>
        <w:spacing w:line="240" w:lineRule="auto"/>
        <w:ind w:left="3600"/>
        <w:jc w:val="both"/>
        <w:rPr>
          <w:rFonts w:ascii="Aptos" w:hAnsi="Aptos"/>
        </w:rPr>
      </w:pPr>
      <w:r w:rsidRPr="00BC5D46">
        <w:rPr>
          <w:rFonts w:ascii="Aptos" w:hAnsi="Aptos"/>
        </w:rPr>
        <w:t>What to do:</w:t>
      </w:r>
    </w:p>
    <w:p w14:paraId="1A900E99" w14:textId="4B4BD269" w:rsidR="007B0A0F" w:rsidRPr="00BC5D46" w:rsidRDefault="00683128" w:rsidP="000C3810">
      <w:pPr>
        <w:pStyle w:val="Listenumros"/>
        <w:numPr>
          <w:ilvl w:val="0"/>
          <w:numId w:val="0"/>
        </w:numPr>
        <w:spacing w:line="240" w:lineRule="auto"/>
        <w:ind w:left="3960"/>
        <w:jc w:val="both"/>
        <w:rPr>
          <w:rFonts w:ascii="Aptos" w:hAnsi="Aptos"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7EBD21C" wp14:editId="4A60AE73">
                <wp:simplePos x="0" y="0"/>
                <wp:positionH relativeFrom="column">
                  <wp:posOffset>-182880</wp:posOffset>
                </wp:positionH>
                <wp:positionV relativeFrom="paragraph">
                  <wp:posOffset>166370</wp:posOffset>
                </wp:positionV>
                <wp:extent cx="2413000" cy="311150"/>
                <wp:effectExtent l="0" t="0" r="0" b="0"/>
                <wp:wrapNone/>
                <wp:docPr id="1809961878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C1A50" w14:textId="77777777" w:rsidR="00124A6B" w:rsidRDefault="00124A6B" w:rsidP="00124A6B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>Figure – Alert banner — Weak signal</w:t>
                            </w:r>
                          </w:p>
                          <w:p w14:paraId="2A5B7D5A" w14:textId="066900B0" w:rsidR="00124A6B" w:rsidRPr="003C26EC" w:rsidRDefault="00124A6B" w:rsidP="00124A6B">
                            <w:pPr>
                              <w:rPr>
                                <w:rFonts w:ascii="Aptos" w:hAnsi="Apto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BD21C" id="_x0000_s1070" type="#_x0000_t202" style="position:absolute;left:0;text-align:left;margin-left:-14.4pt;margin-top:13.1pt;width:190pt;height:24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" filled="f" stroked="f" strokeweight=".5pt">
                <v:textbox>
                  <w:txbxContent>
                    <w:p w14:paraId="054C1A50" w14:textId="77777777" w:rsidR="00124A6B" w:rsidRDefault="00124A6B" w:rsidP="00124A6B">
                      <w:pPr>
                        <w:jc w:val="center"/>
                      </w:pPr>
                      <w:r>
                        <w:rPr>
                          <w:i/>
                        </w:rPr>
                        <w:t>Figure – Alert banner — Weak signal</w:t>
                      </w:r>
                    </w:p>
                    <w:p w14:paraId="2A5B7D5A" w14:textId="066900B0" w:rsidR="00124A6B" w:rsidRPr="003C26EC" w:rsidRDefault="00124A6B" w:rsidP="00124A6B">
                      <w:pPr>
                        <w:rPr>
                          <w:rFonts w:ascii="Aptos" w:hAnsi="Apto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0A0F" w:rsidRPr="00BC5D46">
        <w:rPr>
          <w:rFonts w:ascii="Aptos" w:hAnsi="Aptos"/>
        </w:rPr>
        <w:t>1. Move closer to the transmitter; avoid walls/metal obstacles.</w:t>
      </w:r>
    </w:p>
    <w:p w14:paraId="238CD495" w14:textId="052E7AD8" w:rsidR="007B0A0F" w:rsidRPr="00BC5D46" w:rsidRDefault="007B0A0F" w:rsidP="000C3810">
      <w:pPr>
        <w:pStyle w:val="Listenumros"/>
        <w:numPr>
          <w:ilvl w:val="0"/>
          <w:numId w:val="0"/>
        </w:numPr>
        <w:spacing w:line="240" w:lineRule="auto"/>
        <w:ind w:left="3960"/>
        <w:jc w:val="both"/>
        <w:rPr>
          <w:rFonts w:ascii="Aptos" w:hAnsi="Aptos"/>
        </w:rPr>
      </w:pPr>
      <w:r w:rsidRPr="00BC5D46">
        <w:rPr>
          <w:rFonts w:ascii="Aptos" w:hAnsi="Aptos"/>
        </w:rPr>
        <w:t>2. Hold device upright; keep clear line-of-sight if possible.</w:t>
      </w:r>
    </w:p>
    <w:p w14:paraId="1FC0F6DC" w14:textId="7A589A90" w:rsidR="007B0A0F" w:rsidRPr="00BC5D46" w:rsidRDefault="007B0A0F" w:rsidP="000C3810">
      <w:pPr>
        <w:pStyle w:val="Listenumros"/>
        <w:numPr>
          <w:ilvl w:val="0"/>
          <w:numId w:val="0"/>
        </w:numPr>
        <w:spacing w:line="240" w:lineRule="auto"/>
        <w:ind w:left="3960"/>
        <w:jc w:val="both"/>
        <w:rPr>
          <w:rFonts w:ascii="Aptos" w:hAnsi="Aptos"/>
        </w:rPr>
      </w:pPr>
      <w:r w:rsidRPr="00BC5D46">
        <w:rPr>
          <w:rFonts w:ascii="Aptos" w:hAnsi="Aptos"/>
        </w:rPr>
        <w:t>3. Consider switching to a stronger broadcast from the Stream List.</w:t>
      </w:r>
    </w:p>
    <w:p w14:paraId="1D78AD54" w14:textId="77777777" w:rsidR="00683128" w:rsidRPr="00BC5D46" w:rsidRDefault="00683128" w:rsidP="00F41199">
      <w:pPr>
        <w:rPr>
          <w:rFonts w:ascii="Aptos" w:hAnsi="Aptos"/>
        </w:rPr>
      </w:pPr>
    </w:p>
    <w:p w14:paraId="550B5BDA" w14:textId="58D68116" w:rsidR="00F41199" w:rsidRPr="00BC5D46" w:rsidRDefault="00C8568A" w:rsidP="00F41199">
      <w:pPr>
        <w:rPr>
          <w:rFonts w:ascii="Aptos" w:hAnsi="Aptos"/>
        </w:rPr>
      </w:pPr>
      <w:r w:rsidRPr="00BC5D46">
        <w:rPr>
          <w:rFonts w:ascii="Aptos" w:hAnsi="Aptos"/>
          <w:noProof/>
        </w:rPr>
        <w:drawing>
          <wp:anchor distT="0" distB="0" distL="114300" distR="114300" simplePos="0" relativeHeight="251755008" behindDoc="0" locked="0" layoutInCell="1" allowOverlap="1" wp14:anchorId="22FE28DF" wp14:editId="0E6499DB">
            <wp:simplePos x="0" y="0"/>
            <wp:positionH relativeFrom="column">
              <wp:posOffset>384105</wp:posOffset>
            </wp:positionH>
            <wp:positionV relativeFrom="paragraph">
              <wp:posOffset>111760</wp:posOffset>
            </wp:positionV>
            <wp:extent cx="1315844" cy="710937"/>
            <wp:effectExtent l="19050" t="19050" r="17780" b="13335"/>
            <wp:wrapNone/>
            <wp:docPr id="1079502021" name="Image 49" descr="Une image contenant texte, capture d’écran, Police, Bleu électr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02021" name="Image 49" descr="Une image contenant texte, capture d’écran, Police, Bleu électr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" r="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844" cy="7109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8B517" w14:textId="4142ABE4" w:rsidR="00C14BE1" w:rsidRPr="00BC5D46" w:rsidRDefault="00C14BE1" w:rsidP="00C14BE1">
      <w:pPr>
        <w:pStyle w:val="Titre2"/>
        <w:spacing w:line="240" w:lineRule="auto"/>
        <w:ind w:left="3600"/>
        <w:rPr>
          <w:rFonts w:ascii="Aptos" w:hAnsi="Aptos"/>
          <w:sz w:val="24"/>
        </w:rPr>
      </w:pPr>
      <w:bookmarkStart w:id="13" w:name="_Toc207203253"/>
    </w:p>
    <w:p w14:paraId="2C39CDB6" w14:textId="42E4A885" w:rsidR="007B0A0F" w:rsidRPr="00BC5D46" w:rsidRDefault="007B0A0F" w:rsidP="00C14BE1">
      <w:pPr>
        <w:pStyle w:val="Titre2"/>
        <w:spacing w:line="240" w:lineRule="auto"/>
        <w:ind w:left="3600"/>
        <w:rPr>
          <w:rFonts w:ascii="Aptos" w:hAnsi="Aptos"/>
        </w:rPr>
      </w:pPr>
      <w:bookmarkStart w:id="14" w:name="_Toc207283911"/>
      <w:r w:rsidRPr="00BC5D46">
        <w:rPr>
          <w:rFonts w:ascii="Aptos" w:hAnsi="Aptos"/>
          <w:sz w:val="24"/>
        </w:rPr>
        <w:t>Disconnected</w:t>
      </w:r>
      <w:bookmarkEnd w:id="13"/>
      <w:bookmarkEnd w:id="14"/>
      <w:r w:rsidRPr="00BC5D46">
        <w:rPr>
          <w:rFonts w:ascii="Aptos" w:hAnsi="Aptos"/>
          <w:sz w:val="24"/>
        </w:rPr>
        <w:t xml:space="preserve"> </w:t>
      </w:r>
    </w:p>
    <w:p w14:paraId="40957C2F" w14:textId="2133BC96" w:rsidR="007B0A0F" w:rsidRPr="00BC5D46" w:rsidRDefault="007B0A0F" w:rsidP="00C14BE1">
      <w:pPr>
        <w:spacing w:line="240" w:lineRule="auto"/>
        <w:ind w:left="3600"/>
        <w:rPr>
          <w:rFonts w:ascii="Aptos" w:hAnsi="Aptos"/>
        </w:rPr>
      </w:pPr>
      <w:r w:rsidRPr="00BC5D46">
        <w:rPr>
          <w:rFonts w:ascii="Aptos" w:hAnsi="Aptos"/>
        </w:rPr>
        <w:t>Trigger/Condition: Signal lost or authentication/session error.</w:t>
      </w:r>
    </w:p>
    <w:p w14:paraId="7B62B038" w14:textId="25F0EFBD" w:rsidR="007B0A0F" w:rsidRPr="00BC5D46" w:rsidRDefault="007B0A0F" w:rsidP="00C14BE1">
      <w:pPr>
        <w:spacing w:line="240" w:lineRule="auto"/>
        <w:ind w:left="3600"/>
        <w:rPr>
          <w:rFonts w:ascii="Aptos" w:hAnsi="Aptos"/>
        </w:rPr>
      </w:pPr>
      <w:r w:rsidRPr="00BC5D46">
        <w:rPr>
          <w:rFonts w:ascii="Aptos" w:hAnsi="Aptos"/>
        </w:rPr>
        <w:lastRenderedPageBreak/>
        <w:t>What it means: The stream has stopped due to link loss or an error.</w:t>
      </w:r>
    </w:p>
    <w:p w14:paraId="140F5287" w14:textId="43FDA403" w:rsidR="007B0A0F" w:rsidRPr="00BC5D46" w:rsidRDefault="007B0A0F" w:rsidP="00C14BE1">
      <w:pPr>
        <w:spacing w:line="240" w:lineRule="auto"/>
        <w:ind w:left="3600"/>
        <w:rPr>
          <w:rFonts w:ascii="Aptos" w:hAnsi="Aptos"/>
        </w:rPr>
      </w:pPr>
      <w:r w:rsidRPr="00BC5D46">
        <w:rPr>
          <w:rFonts w:ascii="Aptos" w:hAnsi="Aptos"/>
        </w:rPr>
        <w:t>What to do:</w:t>
      </w:r>
    </w:p>
    <w:p w14:paraId="2ADDB406" w14:textId="7785F303" w:rsidR="007B0A0F" w:rsidRPr="00BC5D46" w:rsidRDefault="00671E4E" w:rsidP="00C14BE1">
      <w:pPr>
        <w:pStyle w:val="Listenumros"/>
        <w:numPr>
          <w:ilvl w:val="0"/>
          <w:numId w:val="0"/>
        </w:numPr>
        <w:spacing w:line="240" w:lineRule="auto"/>
        <w:ind w:left="3960"/>
        <w:rPr>
          <w:rFonts w:ascii="Aptos" w:hAnsi="Aptos"/>
        </w:rPr>
      </w:pPr>
      <w:r w:rsidRPr="00BC5D46">
        <w:rPr>
          <w:rFonts w:ascii="Aptos" w:hAnsi="Aptos"/>
          <w:noProof/>
        </w:rPr>
        <w:drawing>
          <wp:anchor distT="0" distB="0" distL="114300" distR="114300" simplePos="0" relativeHeight="251778560" behindDoc="0" locked="0" layoutInCell="1" allowOverlap="1" wp14:anchorId="4DE429F4" wp14:editId="714F3BC9">
            <wp:simplePos x="0" y="0"/>
            <wp:positionH relativeFrom="column">
              <wp:posOffset>261620</wp:posOffset>
            </wp:positionH>
            <wp:positionV relativeFrom="paragraph">
              <wp:posOffset>23495</wp:posOffset>
            </wp:positionV>
            <wp:extent cx="1315720" cy="577933"/>
            <wp:effectExtent l="19050" t="19050" r="17780" b="12700"/>
            <wp:wrapNone/>
            <wp:docPr id="1870804675" name="Image 75" descr="Une image contenant texte, capture d’écran, Polic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04675" name="Image 75" descr="Une image contenant texte, capture d’écran, Police, symbo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99" cy="5783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A0F" w:rsidRPr="00BC5D46">
        <w:rPr>
          <w:rFonts w:ascii="Aptos" w:hAnsi="Aptos"/>
        </w:rPr>
        <w:t>1. Wait for the auto-retry (a few seconds).</w:t>
      </w:r>
    </w:p>
    <w:p w14:paraId="16501FC0" w14:textId="0585C291" w:rsidR="007B0A0F" w:rsidRPr="00BC5D46" w:rsidRDefault="007B0A0F" w:rsidP="00C14BE1">
      <w:pPr>
        <w:pStyle w:val="Listenumros"/>
        <w:numPr>
          <w:ilvl w:val="0"/>
          <w:numId w:val="0"/>
        </w:numPr>
        <w:spacing w:line="240" w:lineRule="auto"/>
        <w:ind w:left="3960"/>
        <w:rPr>
          <w:rFonts w:ascii="Aptos" w:hAnsi="Aptos"/>
        </w:rPr>
      </w:pPr>
      <w:r w:rsidRPr="00BC5D46">
        <w:rPr>
          <w:rFonts w:ascii="Aptos" w:hAnsi="Aptos"/>
        </w:rPr>
        <w:t>2. Tap Resync if offered.</w:t>
      </w:r>
    </w:p>
    <w:p w14:paraId="1ADECCDD" w14:textId="2B4418B6" w:rsidR="007B0A0F" w:rsidRPr="00BC5D46" w:rsidRDefault="007B0A0F" w:rsidP="00C14BE1">
      <w:pPr>
        <w:pStyle w:val="Listenumros"/>
        <w:numPr>
          <w:ilvl w:val="0"/>
          <w:numId w:val="0"/>
        </w:numPr>
        <w:spacing w:line="240" w:lineRule="auto"/>
        <w:ind w:left="3960"/>
        <w:rPr>
          <w:rFonts w:ascii="Aptos" w:hAnsi="Aptos"/>
        </w:rPr>
      </w:pPr>
      <w:r w:rsidRPr="00BC5D46">
        <w:rPr>
          <w:rFonts w:ascii="Aptos" w:hAnsi="Aptos"/>
        </w:rPr>
        <w:t>3. If needed, open Stream List and reselect the broadcast.</w:t>
      </w:r>
    </w:p>
    <w:p w14:paraId="1202FC25" w14:textId="2F67ADE1" w:rsidR="007B0A0F" w:rsidRPr="00BC5D46" w:rsidRDefault="00671E4E" w:rsidP="00C14BE1">
      <w:pPr>
        <w:spacing w:line="240" w:lineRule="auto"/>
        <w:ind w:left="3600"/>
        <w:rPr>
          <w:rFonts w:ascii="Aptos" w:hAnsi="Aptos"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7F68F1B" wp14:editId="72B3D8F6">
                <wp:simplePos x="0" y="0"/>
                <wp:positionH relativeFrom="column">
                  <wp:posOffset>-279400</wp:posOffset>
                </wp:positionH>
                <wp:positionV relativeFrom="paragraph">
                  <wp:posOffset>90170</wp:posOffset>
                </wp:positionV>
                <wp:extent cx="2413000" cy="311150"/>
                <wp:effectExtent l="0" t="0" r="0" b="0"/>
                <wp:wrapNone/>
                <wp:docPr id="125635264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598BB" w14:textId="77777777" w:rsidR="00683128" w:rsidRDefault="00683128" w:rsidP="00683128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>Figure – Alert banner — Disconnected</w:t>
                            </w:r>
                          </w:p>
                          <w:p w14:paraId="07732811" w14:textId="77777777" w:rsidR="00683128" w:rsidRPr="003C26EC" w:rsidRDefault="00683128" w:rsidP="00683128">
                            <w:pPr>
                              <w:rPr>
                                <w:rFonts w:ascii="Aptos" w:hAnsi="Apto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68F1B" id="_x0000_s1071" type="#_x0000_t202" style="position:absolute;left:0;text-align:left;margin-left:-22pt;margin-top:7.1pt;width:190pt;height:24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" filled="f" stroked="f" strokeweight=".5pt">
                <v:textbox>
                  <w:txbxContent>
                    <w:p w14:paraId="3D1598BB" w14:textId="77777777" w:rsidR="00683128" w:rsidRDefault="00683128" w:rsidP="00683128">
                      <w:pPr>
                        <w:jc w:val="center"/>
                      </w:pPr>
                      <w:r>
                        <w:rPr>
                          <w:i/>
                        </w:rPr>
                        <w:t>Figure – Alert banner — Disconnected</w:t>
                      </w:r>
                    </w:p>
                    <w:p w14:paraId="07732811" w14:textId="77777777" w:rsidR="00683128" w:rsidRPr="003C26EC" w:rsidRDefault="00683128" w:rsidP="00683128">
                      <w:pPr>
                        <w:rPr>
                          <w:rFonts w:ascii="Aptos" w:hAnsi="Apto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0A0F" w:rsidRPr="00BC5D46">
        <w:rPr>
          <w:rFonts w:ascii="Aptos" w:hAnsi="Aptos"/>
        </w:rPr>
        <w:t>Notes: If secured broadcast changed password, you’ll need to re-authenticate.</w:t>
      </w:r>
    </w:p>
    <w:p w14:paraId="58A951C9" w14:textId="77777777" w:rsidR="00683128" w:rsidRPr="00BC5D46" w:rsidRDefault="00683128" w:rsidP="007B0A0F">
      <w:pPr>
        <w:rPr>
          <w:rFonts w:ascii="Aptos" w:hAnsi="Aptos"/>
        </w:rPr>
      </w:pPr>
    </w:p>
    <w:p w14:paraId="48E21547" w14:textId="77777777" w:rsidR="00F41199" w:rsidRPr="00BC5D46" w:rsidRDefault="00F41199" w:rsidP="007B0A0F">
      <w:pPr>
        <w:rPr>
          <w:rFonts w:ascii="Aptos" w:hAnsi="Aptos"/>
        </w:rPr>
      </w:pPr>
    </w:p>
    <w:p w14:paraId="4F845BF6" w14:textId="65313F81" w:rsidR="007B0A0F" w:rsidRPr="00BC5D46" w:rsidRDefault="007B0A0F" w:rsidP="00683128">
      <w:pPr>
        <w:pStyle w:val="Titre2"/>
        <w:spacing w:line="240" w:lineRule="auto"/>
        <w:ind w:left="3600"/>
        <w:rPr>
          <w:rFonts w:ascii="Aptos" w:hAnsi="Aptos"/>
        </w:rPr>
      </w:pPr>
      <w:bookmarkStart w:id="15" w:name="_Toc207203254"/>
      <w:bookmarkStart w:id="16" w:name="_Toc207283912"/>
      <w:r w:rsidRPr="00BC5D46">
        <w:rPr>
          <w:rFonts w:ascii="Aptos" w:hAnsi="Aptos"/>
          <w:sz w:val="24"/>
        </w:rPr>
        <w:t>Volume Minimum</w:t>
      </w:r>
      <w:bookmarkEnd w:id="15"/>
      <w:bookmarkEnd w:id="16"/>
      <w:r w:rsidRPr="00BC5D46">
        <w:rPr>
          <w:rFonts w:ascii="Aptos" w:hAnsi="Aptos"/>
          <w:sz w:val="24"/>
        </w:rPr>
        <w:t xml:space="preserve"> </w:t>
      </w:r>
    </w:p>
    <w:p w14:paraId="23C8DB13" w14:textId="5921DBD8" w:rsidR="007B0A0F" w:rsidRPr="00BC5D46" w:rsidRDefault="00683128" w:rsidP="00683128">
      <w:pPr>
        <w:spacing w:after="0" w:line="240" w:lineRule="auto"/>
        <w:ind w:left="3600"/>
        <w:rPr>
          <w:rFonts w:ascii="Aptos" w:hAnsi="Aptos"/>
        </w:rPr>
      </w:pPr>
      <w:r w:rsidRPr="00BC5D46">
        <w:rPr>
          <w:rFonts w:ascii="Aptos" w:hAnsi="Aptos" w:cs="Segoe UI Symbol"/>
          <w:i/>
          <w:noProof/>
        </w:rPr>
        <w:drawing>
          <wp:anchor distT="0" distB="0" distL="114300" distR="114300" simplePos="0" relativeHeight="251757056" behindDoc="0" locked="0" layoutInCell="1" allowOverlap="1" wp14:anchorId="35B7B379" wp14:editId="47167FDE">
            <wp:simplePos x="0" y="0"/>
            <wp:positionH relativeFrom="column">
              <wp:posOffset>191770</wp:posOffset>
            </wp:positionH>
            <wp:positionV relativeFrom="paragraph">
              <wp:posOffset>74931</wp:posOffset>
            </wp:positionV>
            <wp:extent cx="1465085" cy="326756"/>
            <wp:effectExtent l="19050" t="19050" r="20955" b="16510"/>
            <wp:wrapNone/>
            <wp:docPr id="656203164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" r="2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85" cy="3267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A0F" w:rsidRPr="00BC5D46">
        <w:rPr>
          <w:rFonts w:ascii="Aptos" w:hAnsi="Aptos"/>
        </w:rPr>
        <w:t>Trigger/Condition: Volume set to minimum or muted.</w:t>
      </w:r>
    </w:p>
    <w:p w14:paraId="0AF1101B" w14:textId="10688259" w:rsidR="007B0A0F" w:rsidRPr="00BC5D46" w:rsidRDefault="007B0A0F" w:rsidP="00683128">
      <w:pPr>
        <w:spacing w:after="0" w:line="240" w:lineRule="auto"/>
        <w:ind w:left="3600"/>
        <w:rPr>
          <w:rFonts w:ascii="Aptos" w:hAnsi="Aptos"/>
        </w:rPr>
      </w:pPr>
      <w:r w:rsidRPr="00BC5D46">
        <w:rPr>
          <w:rFonts w:ascii="Aptos" w:hAnsi="Aptos"/>
        </w:rPr>
        <w:t>What it means: You won’t hear audio until volume is raised.</w:t>
      </w:r>
    </w:p>
    <w:p w14:paraId="5D038E3C" w14:textId="2D923ADB" w:rsidR="007B0A0F" w:rsidRPr="00BC5D46" w:rsidRDefault="00683128" w:rsidP="00683128">
      <w:pPr>
        <w:spacing w:after="0" w:line="240" w:lineRule="auto"/>
        <w:ind w:left="3600"/>
        <w:rPr>
          <w:rFonts w:ascii="Aptos" w:hAnsi="Aptos"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0FEC6B9" wp14:editId="6189D50A">
                <wp:simplePos x="0" y="0"/>
                <wp:positionH relativeFrom="column">
                  <wp:posOffset>-319405</wp:posOffset>
                </wp:positionH>
                <wp:positionV relativeFrom="paragraph">
                  <wp:posOffset>200660</wp:posOffset>
                </wp:positionV>
                <wp:extent cx="2413000" cy="311150"/>
                <wp:effectExtent l="0" t="0" r="0" b="0"/>
                <wp:wrapNone/>
                <wp:docPr id="68913444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76FE9" w14:textId="77777777" w:rsidR="00683128" w:rsidRDefault="00683128" w:rsidP="00683128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>Figure – Alert banner — Volume minimum</w:t>
                            </w:r>
                          </w:p>
                          <w:p w14:paraId="6E71076B" w14:textId="77777777" w:rsidR="00683128" w:rsidRPr="003C26EC" w:rsidRDefault="00683128" w:rsidP="00683128">
                            <w:pPr>
                              <w:rPr>
                                <w:rFonts w:ascii="Aptos" w:hAnsi="Apto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EC6B9" id="_x0000_s1072" type="#_x0000_t202" style="position:absolute;left:0;text-align:left;margin-left:-25.15pt;margin-top:15.8pt;width:190pt;height:24.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" filled="f" stroked="f" strokeweight=".5pt">
                <v:textbox>
                  <w:txbxContent>
                    <w:p w14:paraId="6A876FE9" w14:textId="77777777" w:rsidR="00683128" w:rsidRDefault="00683128" w:rsidP="00683128">
                      <w:pPr>
                        <w:jc w:val="center"/>
                      </w:pPr>
                      <w:r>
                        <w:rPr>
                          <w:i/>
                        </w:rPr>
                        <w:t>Figure – Alert banner — Volume minimum</w:t>
                      </w:r>
                    </w:p>
                    <w:p w14:paraId="6E71076B" w14:textId="77777777" w:rsidR="00683128" w:rsidRPr="003C26EC" w:rsidRDefault="00683128" w:rsidP="00683128">
                      <w:pPr>
                        <w:rPr>
                          <w:rFonts w:ascii="Aptos" w:hAnsi="Apto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747700" w14:textId="3526D3A5" w:rsidR="007B0A0F" w:rsidRPr="00BC5D46" w:rsidRDefault="007B0A0F" w:rsidP="00683128">
      <w:pPr>
        <w:spacing w:after="0" w:line="240" w:lineRule="auto"/>
        <w:ind w:left="3600"/>
        <w:rPr>
          <w:rFonts w:ascii="Aptos" w:hAnsi="Aptos"/>
        </w:rPr>
      </w:pPr>
      <w:r w:rsidRPr="00BC5D46">
        <w:rPr>
          <w:rFonts w:ascii="Aptos" w:hAnsi="Aptos"/>
        </w:rPr>
        <w:t>What to do:</w:t>
      </w:r>
    </w:p>
    <w:p w14:paraId="065982B4" w14:textId="0D25F567" w:rsidR="00F41199" w:rsidRPr="00BC5D46" w:rsidRDefault="007B0A0F" w:rsidP="00923F95">
      <w:pPr>
        <w:pStyle w:val="Listenumros"/>
        <w:numPr>
          <w:ilvl w:val="0"/>
          <w:numId w:val="0"/>
        </w:numPr>
        <w:spacing w:line="240" w:lineRule="auto"/>
        <w:ind w:left="3960"/>
        <w:rPr>
          <w:rFonts w:ascii="Aptos" w:hAnsi="Aptos"/>
        </w:rPr>
      </w:pPr>
      <w:r w:rsidRPr="00BC5D46">
        <w:rPr>
          <w:rFonts w:ascii="Aptos" w:hAnsi="Aptos"/>
        </w:rPr>
        <w:t>1. Press Volume + to raise the level.</w:t>
      </w:r>
    </w:p>
    <w:p w14:paraId="78D67C85" w14:textId="77777777" w:rsidR="00F41199" w:rsidRPr="00BC5D46" w:rsidRDefault="00F41199" w:rsidP="00683128">
      <w:pPr>
        <w:pStyle w:val="Listenumros"/>
        <w:numPr>
          <w:ilvl w:val="0"/>
          <w:numId w:val="0"/>
        </w:numPr>
        <w:spacing w:line="240" w:lineRule="auto"/>
        <w:ind w:left="3960"/>
        <w:rPr>
          <w:rFonts w:ascii="Aptos" w:hAnsi="Aptos"/>
        </w:rPr>
      </w:pPr>
    </w:p>
    <w:p w14:paraId="7755C561" w14:textId="3C4EBEE5" w:rsidR="00F41199" w:rsidRPr="00BC5D46" w:rsidRDefault="00F41199" w:rsidP="00923F95">
      <w:pPr>
        <w:pStyle w:val="Listenumros"/>
        <w:numPr>
          <w:ilvl w:val="0"/>
          <w:numId w:val="0"/>
        </w:numPr>
        <w:spacing w:line="240" w:lineRule="auto"/>
        <w:rPr>
          <w:rFonts w:ascii="Aptos" w:hAnsi="Aptos"/>
        </w:rPr>
      </w:pPr>
    </w:p>
    <w:p w14:paraId="7FF256AB" w14:textId="6B7AECC5" w:rsidR="00F41199" w:rsidRPr="00BC5D46" w:rsidRDefault="00F41199" w:rsidP="00F41199">
      <w:pPr>
        <w:pStyle w:val="Listenumros"/>
        <w:numPr>
          <w:ilvl w:val="0"/>
          <w:numId w:val="0"/>
        </w:numPr>
        <w:spacing w:line="240" w:lineRule="auto"/>
        <w:ind w:left="3960"/>
        <w:rPr>
          <w:rFonts w:ascii="Aptos" w:hAnsi="Aptos"/>
        </w:rPr>
      </w:pPr>
      <w:bookmarkStart w:id="17" w:name="_Toc207203255"/>
    </w:p>
    <w:p w14:paraId="1AE134D2" w14:textId="7BA8800D" w:rsidR="007B0A0F" w:rsidRPr="00BC5D46" w:rsidRDefault="007B0A0F" w:rsidP="00683128">
      <w:pPr>
        <w:pStyle w:val="Titre2"/>
        <w:spacing w:line="240" w:lineRule="auto"/>
        <w:ind w:left="3600"/>
        <w:rPr>
          <w:rFonts w:ascii="Aptos" w:hAnsi="Aptos"/>
        </w:rPr>
      </w:pPr>
      <w:bookmarkStart w:id="18" w:name="_Toc207283913"/>
      <w:r w:rsidRPr="00BC5D46">
        <w:rPr>
          <w:rFonts w:ascii="Aptos" w:hAnsi="Aptos"/>
          <w:sz w:val="24"/>
        </w:rPr>
        <w:t>Transmitter Paused</w:t>
      </w:r>
      <w:bookmarkEnd w:id="17"/>
      <w:bookmarkEnd w:id="18"/>
      <w:r w:rsidRPr="00BC5D46">
        <w:rPr>
          <w:rFonts w:ascii="Aptos" w:hAnsi="Aptos"/>
          <w:sz w:val="24"/>
        </w:rPr>
        <w:t xml:space="preserve"> </w:t>
      </w:r>
    </w:p>
    <w:p w14:paraId="4CB4299D" w14:textId="14CA718B" w:rsidR="007B0A0F" w:rsidRPr="00BC5D46" w:rsidRDefault="00683128" w:rsidP="00683128">
      <w:pPr>
        <w:spacing w:line="240" w:lineRule="auto"/>
        <w:ind w:left="3600"/>
        <w:rPr>
          <w:rFonts w:ascii="Aptos" w:hAnsi="Aptos"/>
        </w:rPr>
      </w:pPr>
      <w:r w:rsidRPr="00BC5D46">
        <w:rPr>
          <w:rFonts w:ascii="Aptos" w:hAnsi="Aptos"/>
          <w:noProof/>
        </w:rPr>
        <w:drawing>
          <wp:anchor distT="0" distB="0" distL="114300" distR="114300" simplePos="0" relativeHeight="251759104" behindDoc="0" locked="0" layoutInCell="1" allowOverlap="1" wp14:anchorId="64A46539" wp14:editId="1BAC88D8">
            <wp:simplePos x="0" y="0"/>
            <wp:positionH relativeFrom="column">
              <wp:posOffset>179070</wp:posOffset>
            </wp:positionH>
            <wp:positionV relativeFrom="paragraph">
              <wp:posOffset>203835</wp:posOffset>
            </wp:positionV>
            <wp:extent cx="1568450" cy="331416"/>
            <wp:effectExtent l="19050" t="19050" r="12700" b="12065"/>
            <wp:wrapNone/>
            <wp:docPr id="365153879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6" cy="333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A0F" w:rsidRPr="00BC5D46">
        <w:rPr>
          <w:rFonts w:ascii="Aptos" w:hAnsi="Aptos"/>
        </w:rPr>
        <w:t>Trigger/Condition: Source/</w:t>
      </w:r>
      <w:proofErr w:type="spellStart"/>
      <w:r w:rsidR="007B0A0F" w:rsidRPr="00BC5D46">
        <w:rPr>
          <w:rFonts w:ascii="Aptos" w:hAnsi="Aptos"/>
        </w:rPr>
        <w:t>Auracast</w:t>
      </w:r>
      <w:proofErr w:type="spellEnd"/>
      <w:r w:rsidR="007B0A0F" w:rsidRPr="00BC5D46">
        <w:rPr>
          <w:rFonts w:ascii="Aptos" w:hAnsi="Aptos"/>
        </w:rPr>
        <w:t xml:space="preserve"> transmitter paused program.</w:t>
      </w:r>
    </w:p>
    <w:p w14:paraId="32F9560B" w14:textId="3FA9C6E0" w:rsidR="007B0A0F" w:rsidRPr="00BC5D46" w:rsidRDefault="007B0A0F" w:rsidP="00683128">
      <w:pPr>
        <w:spacing w:line="240" w:lineRule="auto"/>
        <w:ind w:left="3600"/>
        <w:rPr>
          <w:rFonts w:ascii="Aptos" w:hAnsi="Aptos"/>
        </w:rPr>
      </w:pPr>
      <w:r w:rsidRPr="00BC5D46">
        <w:rPr>
          <w:rFonts w:ascii="Aptos" w:hAnsi="Aptos"/>
        </w:rPr>
        <w:t>What it means: Audio is intentionally paused upstream.</w:t>
      </w:r>
    </w:p>
    <w:p w14:paraId="2266C063" w14:textId="145508B4" w:rsidR="007B0A0F" w:rsidRPr="00BC5D46" w:rsidRDefault="00683128" w:rsidP="00683128">
      <w:pPr>
        <w:spacing w:line="240" w:lineRule="auto"/>
        <w:ind w:left="3600"/>
        <w:rPr>
          <w:rFonts w:ascii="Aptos" w:hAnsi="Aptos"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0C69F05A" wp14:editId="4FF87D55">
                <wp:simplePos x="0" y="0"/>
                <wp:positionH relativeFrom="column">
                  <wp:posOffset>-317500</wp:posOffset>
                </wp:positionH>
                <wp:positionV relativeFrom="paragraph">
                  <wp:posOffset>86995</wp:posOffset>
                </wp:positionV>
                <wp:extent cx="2413000" cy="311150"/>
                <wp:effectExtent l="0" t="0" r="0" b="0"/>
                <wp:wrapNone/>
                <wp:docPr id="881701324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F5CA8" w14:textId="77777777" w:rsidR="00683128" w:rsidRDefault="00683128" w:rsidP="00683128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>Figure – Alert banner — Transmitter paused</w:t>
                            </w:r>
                          </w:p>
                          <w:p w14:paraId="389F5552" w14:textId="77777777" w:rsidR="00683128" w:rsidRPr="003C26EC" w:rsidRDefault="00683128" w:rsidP="00683128">
                            <w:pPr>
                              <w:rPr>
                                <w:rFonts w:ascii="Aptos" w:hAnsi="Apto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9F05A" id="_x0000_s1073" type="#_x0000_t202" style="position:absolute;left:0;text-align:left;margin-left:-25pt;margin-top:6.85pt;width:190pt;height:24.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" filled="f" stroked="f" strokeweight=".5pt">
                <v:textbox>
                  <w:txbxContent>
                    <w:p w14:paraId="5C7F5CA8" w14:textId="77777777" w:rsidR="00683128" w:rsidRDefault="00683128" w:rsidP="00683128">
                      <w:pPr>
                        <w:jc w:val="center"/>
                      </w:pPr>
                      <w:r>
                        <w:rPr>
                          <w:i/>
                        </w:rPr>
                        <w:t>Figure – Alert banner — Transmitter paused</w:t>
                      </w:r>
                    </w:p>
                    <w:p w14:paraId="389F5552" w14:textId="77777777" w:rsidR="00683128" w:rsidRPr="003C26EC" w:rsidRDefault="00683128" w:rsidP="00683128">
                      <w:pPr>
                        <w:rPr>
                          <w:rFonts w:ascii="Aptos" w:hAnsi="Apto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0A0F" w:rsidRPr="00BC5D46">
        <w:rPr>
          <w:rFonts w:ascii="Aptos" w:hAnsi="Aptos"/>
        </w:rPr>
        <w:t>What to do:</w:t>
      </w:r>
    </w:p>
    <w:p w14:paraId="5AEF4804" w14:textId="593D00D0" w:rsidR="007B0A0F" w:rsidRPr="00BC5D46" w:rsidRDefault="007B0A0F" w:rsidP="00683128">
      <w:pPr>
        <w:pStyle w:val="Listenumros"/>
        <w:numPr>
          <w:ilvl w:val="0"/>
          <w:numId w:val="0"/>
        </w:numPr>
        <w:spacing w:line="240" w:lineRule="auto"/>
        <w:ind w:left="3960"/>
        <w:rPr>
          <w:rFonts w:ascii="Aptos" w:hAnsi="Aptos"/>
        </w:rPr>
      </w:pPr>
      <w:r w:rsidRPr="00BC5D46">
        <w:rPr>
          <w:rFonts w:ascii="Aptos" w:hAnsi="Aptos"/>
        </w:rPr>
        <w:t>1. Wait until the transmitter resumes.</w:t>
      </w:r>
    </w:p>
    <w:p w14:paraId="28AAA82E" w14:textId="77777777" w:rsidR="007B0A0F" w:rsidRPr="00BC5D46" w:rsidRDefault="007B0A0F" w:rsidP="00683128">
      <w:pPr>
        <w:pStyle w:val="Listenumros"/>
        <w:numPr>
          <w:ilvl w:val="0"/>
          <w:numId w:val="0"/>
        </w:numPr>
        <w:spacing w:line="240" w:lineRule="auto"/>
        <w:ind w:left="3960"/>
        <w:rPr>
          <w:rFonts w:ascii="Aptos" w:hAnsi="Aptos"/>
        </w:rPr>
      </w:pPr>
      <w:r w:rsidRPr="00BC5D46">
        <w:rPr>
          <w:rFonts w:ascii="Aptos" w:hAnsi="Aptos"/>
        </w:rPr>
        <w:t>2. Stay on the current broadcast or switch to another if needed.</w:t>
      </w:r>
    </w:p>
    <w:p w14:paraId="3602C7AD" w14:textId="2A3D9008" w:rsidR="007B0A0F" w:rsidRPr="00BC5D46" w:rsidRDefault="007B0A0F" w:rsidP="00683128">
      <w:pPr>
        <w:spacing w:line="240" w:lineRule="auto"/>
        <w:ind w:left="3600"/>
        <w:rPr>
          <w:rFonts w:ascii="Aptos" w:hAnsi="Aptos"/>
        </w:rPr>
      </w:pPr>
      <w:r w:rsidRPr="00BC5D46">
        <w:rPr>
          <w:rFonts w:ascii="Aptos" w:hAnsi="Aptos"/>
        </w:rPr>
        <w:t>Auto-recovery: Playback resumes automatically when source restarts.</w:t>
      </w:r>
    </w:p>
    <w:p w14:paraId="0308F766" w14:textId="77777777" w:rsidR="007B0A0F" w:rsidRPr="00BC5D46" w:rsidRDefault="007B0A0F" w:rsidP="007B0A0F">
      <w:pPr>
        <w:rPr>
          <w:rFonts w:ascii="Aptos" w:hAnsi="Aptos"/>
        </w:rPr>
      </w:pPr>
    </w:p>
    <w:p w14:paraId="0A07C15A" w14:textId="1ACFB0C7" w:rsidR="007B0A0F" w:rsidRPr="00BC5D46" w:rsidRDefault="007B0A0F" w:rsidP="00683128">
      <w:pPr>
        <w:pStyle w:val="Titre2"/>
        <w:spacing w:line="240" w:lineRule="auto"/>
        <w:ind w:left="3600"/>
        <w:rPr>
          <w:rFonts w:ascii="Aptos" w:hAnsi="Aptos"/>
        </w:rPr>
      </w:pPr>
      <w:bookmarkStart w:id="19" w:name="_Toc207203256"/>
      <w:bookmarkStart w:id="20" w:name="_Toc207283914"/>
      <w:r w:rsidRPr="00BC5D46">
        <w:rPr>
          <w:rFonts w:ascii="Aptos" w:hAnsi="Aptos"/>
          <w:sz w:val="24"/>
        </w:rPr>
        <w:t>Charging</w:t>
      </w:r>
      <w:bookmarkEnd w:id="19"/>
      <w:r w:rsidR="00AB5A08" w:rsidRPr="00BC5D46">
        <w:rPr>
          <w:rFonts w:ascii="Aptos" w:hAnsi="Aptos"/>
          <w:sz w:val="24"/>
        </w:rPr>
        <w:t>/Discharging</w:t>
      </w:r>
      <w:bookmarkEnd w:id="20"/>
    </w:p>
    <w:p w14:paraId="66913D23" w14:textId="44899519" w:rsidR="007B0A0F" w:rsidRPr="00BC5D46" w:rsidRDefault="00706BA5" w:rsidP="00683128">
      <w:pPr>
        <w:spacing w:line="240" w:lineRule="auto"/>
        <w:ind w:left="3600"/>
        <w:rPr>
          <w:rFonts w:ascii="Aptos" w:hAnsi="Aptos"/>
        </w:rPr>
      </w:pPr>
      <w:r w:rsidRPr="00BC5D46">
        <w:rPr>
          <w:rFonts w:ascii="Aptos" w:hAnsi="Aptos"/>
          <w:noProof/>
        </w:rPr>
        <w:drawing>
          <wp:anchor distT="0" distB="0" distL="114300" distR="114300" simplePos="0" relativeHeight="251763200" behindDoc="0" locked="0" layoutInCell="1" allowOverlap="1" wp14:anchorId="4A115698" wp14:editId="1192625B">
            <wp:simplePos x="0" y="0"/>
            <wp:positionH relativeFrom="column">
              <wp:posOffset>1152525</wp:posOffset>
            </wp:positionH>
            <wp:positionV relativeFrom="paragraph">
              <wp:posOffset>239395</wp:posOffset>
            </wp:positionV>
            <wp:extent cx="544195" cy="179705"/>
            <wp:effectExtent l="0" t="0" r="8255" b="0"/>
            <wp:wrapNone/>
            <wp:docPr id="1785330633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5D46">
        <w:rPr>
          <w:rFonts w:ascii="Aptos" w:hAnsi="Aptos"/>
          <w:noProof/>
        </w:rPr>
        <w:drawing>
          <wp:anchor distT="0" distB="0" distL="114300" distR="114300" simplePos="0" relativeHeight="251762176" behindDoc="0" locked="0" layoutInCell="1" allowOverlap="1" wp14:anchorId="6827A566" wp14:editId="29EF34DB">
            <wp:simplePos x="0" y="0"/>
            <wp:positionH relativeFrom="column">
              <wp:posOffset>445770</wp:posOffset>
            </wp:positionH>
            <wp:positionV relativeFrom="paragraph">
              <wp:posOffset>245745</wp:posOffset>
            </wp:positionV>
            <wp:extent cx="544195" cy="179705"/>
            <wp:effectExtent l="0" t="0" r="8255" b="0"/>
            <wp:wrapNone/>
            <wp:docPr id="1090809925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5D46">
        <w:rPr>
          <w:rFonts w:ascii="Aptos" w:hAnsi="Aptos"/>
          <w:noProof/>
        </w:rPr>
        <w:drawing>
          <wp:anchor distT="0" distB="0" distL="114300" distR="114300" simplePos="0" relativeHeight="251761152" behindDoc="0" locked="0" layoutInCell="1" allowOverlap="1" wp14:anchorId="61B61BBD" wp14:editId="78EDA0CB">
            <wp:simplePos x="0" y="0"/>
            <wp:positionH relativeFrom="column">
              <wp:posOffset>-316230</wp:posOffset>
            </wp:positionH>
            <wp:positionV relativeFrom="paragraph">
              <wp:posOffset>226695</wp:posOffset>
            </wp:positionV>
            <wp:extent cx="609600" cy="212090"/>
            <wp:effectExtent l="0" t="0" r="0" b="0"/>
            <wp:wrapNone/>
            <wp:docPr id="542458742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A0F" w:rsidRPr="00BC5D46">
        <w:rPr>
          <w:rFonts w:ascii="Aptos" w:hAnsi="Aptos"/>
        </w:rPr>
        <w:t>Trigger/Condition: USB power connected</w:t>
      </w:r>
      <w:r w:rsidR="00AB5A08" w:rsidRPr="00BC5D46">
        <w:rPr>
          <w:rFonts w:ascii="Aptos" w:hAnsi="Aptos"/>
        </w:rPr>
        <w:t xml:space="preserve"> or not</w:t>
      </w:r>
      <w:r w:rsidR="007B0A0F" w:rsidRPr="00BC5D46">
        <w:rPr>
          <w:rFonts w:ascii="Aptos" w:hAnsi="Aptos"/>
        </w:rPr>
        <w:t>.</w:t>
      </w:r>
    </w:p>
    <w:p w14:paraId="684D381A" w14:textId="4A9D2E66" w:rsidR="007B0A0F" w:rsidRPr="00BC5D46" w:rsidRDefault="00706BA5" w:rsidP="00683128">
      <w:pPr>
        <w:spacing w:line="240" w:lineRule="auto"/>
        <w:ind w:left="3600"/>
        <w:rPr>
          <w:rFonts w:ascii="Aptos" w:hAnsi="Aptos"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0AE1BEFC" wp14:editId="099BAA99">
                <wp:simplePos x="0" y="0"/>
                <wp:positionH relativeFrom="column">
                  <wp:posOffset>-481330</wp:posOffset>
                </wp:positionH>
                <wp:positionV relativeFrom="paragraph">
                  <wp:posOffset>184150</wp:posOffset>
                </wp:positionV>
                <wp:extent cx="2413000" cy="482600"/>
                <wp:effectExtent l="0" t="0" r="0" b="0"/>
                <wp:wrapNone/>
                <wp:docPr id="1495525626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6B186" w14:textId="1707DBA2" w:rsidR="00706BA5" w:rsidRDefault="00706BA5" w:rsidP="00706BA5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>Figure – Charging</w:t>
                            </w:r>
                            <w:r w:rsidR="00AB5A08">
                              <w:rPr>
                                <w:i/>
                              </w:rPr>
                              <w:t>/ Discharging</w:t>
                            </w:r>
                            <w:r>
                              <w:rPr>
                                <w:i/>
                              </w:rPr>
                              <w:t xml:space="preserve"> overlay</w:t>
                            </w:r>
                          </w:p>
                          <w:p w14:paraId="6F8B1F34" w14:textId="77777777" w:rsidR="00706BA5" w:rsidRPr="003C26EC" w:rsidRDefault="00706BA5" w:rsidP="00706BA5">
                            <w:pPr>
                              <w:rPr>
                                <w:rFonts w:ascii="Aptos" w:hAnsi="Apto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1BEFC" id="_x0000_s1074" type="#_x0000_t202" style="position:absolute;left:0;text-align:left;margin-left:-37.9pt;margin-top:14.5pt;width:190pt;height:38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" filled="f" stroked="f" strokeweight=".5pt">
                <v:textbox>
                  <w:txbxContent>
                    <w:p w14:paraId="3DC6B186" w14:textId="1707DBA2" w:rsidR="00706BA5" w:rsidRDefault="00706BA5" w:rsidP="00706BA5">
                      <w:pPr>
                        <w:jc w:val="center"/>
                      </w:pPr>
                      <w:r>
                        <w:rPr>
                          <w:i/>
                        </w:rPr>
                        <w:t>Figure – Charging</w:t>
                      </w:r>
                      <w:r w:rsidR="00AB5A08">
                        <w:rPr>
                          <w:i/>
                        </w:rPr>
                        <w:t>/ Discharging</w:t>
                      </w:r>
                      <w:r>
                        <w:rPr>
                          <w:i/>
                        </w:rPr>
                        <w:t xml:space="preserve"> overlay</w:t>
                      </w:r>
                    </w:p>
                    <w:p w14:paraId="6F8B1F34" w14:textId="77777777" w:rsidR="00706BA5" w:rsidRPr="003C26EC" w:rsidRDefault="00706BA5" w:rsidP="00706BA5">
                      <w:pPr>
                        <w:rPr>
                          <w:rFonts w:ascii="Aptos" w:hAnsi="Apto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0A0F" w:rsidRPr="00BC5D46">
        <w:rPr>
          <w:rFonts w:ascii="Aptos" w:hAnsi="Aptos"/>
        </w:rPr>
        <w:t>What it means: Battery is replenishing; device remains usable.</w:t>
      </w:r>
    </w:p>
    <w:p w14:paraId="756E2D76" w14:textId="2DB66DC0" w:rsidR="007B0A0F" w:rsidRPr="00BC5D46" w:rsidRDefault="007B0A0F" w:rsidP="00683128">
      <w:pPr>
        <w:spacing w:line="240" w:lineRule="auto"/>
        <w:ind w:left="3600"/>
        <w:rPr>
          <w:rFonts w:ascii="Aptos" w:hAnsi="Aptos"/>
        </w:rPr>
      </w:pPr>
      <w:r w:rsidRPr="00BC5D46">
        <w:rPr>
          <w:rFonts w:ascii="Aptos" w:hAnsi="Aptos"/>
        </w:rPr>
        <w:t>What to do:</w:t>
      </w:r>
    </w:p>
    <w:p w14:paraId="1ED2F6EA" w14:textId="43E783A2" w:rsidR="007B0A0F" w:rsidRPr="00BC5D46" w:rsidRDefault="007B0A0F" w:rsidP="00683128">
      <w:pPr>
        <w:pStyle w:val="Listenumros"/>
        <w:numPr>
          <w:ilvl w:val="0"/>
          <w:numId w:val="0"/>
        </w:numPr>
        <w:spacing w:line="240" w:lineRule="auto"/>
        <w:ind w:left="3960"/>
        <w:rPr>
          <w:rFonts w:ascii="Aptos" w:hAnsi="Aptos"/>
        </w:rPr>
      </w:pPr>
      <w:r w:rsidRPr="00BC5D46">
        <w:rPr>
          <w:rFonts w:ascii="Aptos" w:hAnsi="Aptos"/>
        </w:rPr>
        <w:t>1. Keep connected until it reaches a comfortable charge level.</w:t>
      </w:r>
    </w:p>
    <w:p w14:paraId="1E5729FB" w14:textId="0906E3E7" w:rsidR="007B0A0F" w:rsidRPr="00BC5D46" w:rsidRDefault="007B0A0F" w:rsidP="00683128">
      <w:pPr>
        <w:pStyle w:val="Listenumros"/>
        <w:numPr>
          <w:ilvl w:val="0"/>
          <w:numId w:val="0"/>
        </w:numPr>
        <w:spacing w:line="240" w:lineRule="auto"/>
        <w:ind w:left="3960"/>
        <w:rPr>
          <w:rFonts w:ascii="Aptos" w:hAnsi="Aptos"/>
        </w:rPr>
      </w:pPr>
      <w:r w:rsidRPr="00BC5D46">
        <w:rPr>
          <w:rFonts w:ascii="Aptos" w:hAnsi="Aptos"/>
        </w:rPr>
        <w:t>2. Avoid frequent very deep discharges for longevity.</w:t>
      </w:r>
    </w:p>
    <w:p w14:paraId="25941473" w14:textId="10D23F74" w:rsidR="007B0A0F" w:rsidRPr="00BC5D46" w:rsidRDefault="007B0A0F" w:rsidP="00AB5A08">
      <w:pPr>
        <w:rPr>
          <w:rFonts w:ascii="Aptos" w:hAnsi="Aptos"/>
        </w:rPr>
      </w:pPr>
    </w:p>
    <w:p w14:paraId="00205C3B" w14:textId="77777777" w:rsidR="002F1BED" w:rsidRDefault="002F1BED" w:rsidP="00AB5A08">
      <w:pPr>
        <w:rPr>
          <w:rFonts w:ascii="Aptos" w:hAnsi="Aptos"/>
        </w:rPr>
      </w:pPr>
    </w:p>
    <w:p w14:paraId="4329D8F8" w14:textId="77777777" w:rsidR="002F1BED" w:rsidRDefault="002F1BED" w:rsidP="00AB5A08">
      <w:pPr>
        <w:rPr>
          <w:rFonts w:ascii="Aptos" w:hAnsi="Aptos"/>
        </w:rPr>
      </w:pPr>
    </w:p>
    <w:p w14:paraId="207A330A" w14:textId="747EE526" w:rsidR="00AB5A08" w:rsidRPr="00BC5D46" w:rsidRDefault="003417D1" w:rsidP="00AB5A08">
      <w:pPr>
        <w:rPr>
          <w:rFonts w:ascii="Aptos" w:hAnsi="Aptos"/>
        </w:rPr>
      </w:pPr>
      <w:r w:rsidRPr="00BC5D46">
        <w:rPr>
          <w:rFonts w:ascii="Aptos" w:hAnsi="Aptos"/>
          <w:noProof/>
        </w:rPr>
        <w:drawing>
          <wp:anchor distT="0" distB="0" distL="114300" distR="114300" simplePos="0" relativeHeight="251749888" behindDoc="0" locked="0" layoutInCell="1" allowOverlap="1" wp14:anchorId="3B227D12" wp14:editId="6D6F0F7A">
            <wp:simplePos x="0" y="0"/>
            <wp:positionH relativeFrom="column">
              <wp:posOffset>179070</wp:posOffset>
            </wp:positionH>
            <wp:positionV relativeFrom="paragraph">
              <wp:posOffset>248285</wp:posOffset>
            </wp:positionV>
            <wp:extent cx="1077105" cy="2203450"/>
            <wp:effectExtent l="0" t="0" r="8890" b="6350"/>
            <wp:wrapNone/>
            <wp:docPr id="1942344297" name="Image 1" descr="AuraSTRX | Audiof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raSTRX | Audiofil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8" t="12756" r="32304" b="1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0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135CD" w14:textId="400C209F" w:rsidR="007B0A0F" w:rsidRPr="00BC5D46" w:rsidRDefault="003417D1" w:rsidP="003417D1">
      <w:pPr>
        <w:pStyle w:val="Titre2"/>
        <w:spacing w:line="240" w:lineRule="auto"/>
        <w:ind w:left="3600"/>
        <w:rPr>
          <w:rFonts w:ascii="Aptos" w:hAnsi="Aptos"/>
        </w:rPr>
      </w:pPr>
      <w:bookmarkStart w:id="21" w:name="_Toc207203257"/>
      <w:bookmarkStart w:id="22" w:name="_Toc207283915"/>
      <w:r w:rsidRPr="00BC5D46">
        <w:rPr>
          <w:rFonts w:ascii="Aptos" w:hAnsi="Aptos"/>
          <w:noProof/>
        </w:rPr>
        <w:drawing>
          <wp:anchor distT="0" distB="0" distL="114300" distR="114300" simplePos="0" relativeHeight="251750912" behindDoc="0" locked="0" layoutInCell="1" allowOverlap="1" wp14:anchorId="62CA1FBB" wp14:editId="5C133834">
            <wp:simplePos x="0" y="0"/>
            <wp:positionH relativeFrom="column">
              <wp:posOffset>344170</wp:posOffset>
            </wp:positionH>
            <wp:positionV relativeFrom="paragraph">
              <wp:posOffset>130175</wp:posOffset>
            </wp:positionV>
            <wp:extent cx="730250" cy="962484"/>
            <wp:effectExtent l="0" t="0" r="0" b="9525"/>
            <wp:wrapNone/>
            <wp:docPr id="1697602798" name="Image 63" descr="Une image contenant texte, capture d’écran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602798" name="Image 63" descr="Une image contenant texte, capture d’écran, Police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96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A0F" w:rsidRPr="00BC5D46">
        <w:rPr>
          <w:rFonts w:ascii="Aptos" w:hAnsi="Aptos"/>
          <w:sz w:val="24"/>
        </w:rPr>
        <w:t>Low Battery (&lt;10%)</w:t>
      </w:r>
      <w:bookmarkEnd w:id="21"/>
      <w:bookmarkEnd w:id="22"/>
    </w:p>
    <w:p w14:paraId="26D9D1E4" w14:textId="34627415" w:rsidR="007B0A0F" w:rsidRPr="00BC5D46" w:rsidRDefault="007B0A0F" w:rsidP="003417D1">
      <w:pPr>
        <w:spacing w:line="240" w:lineRule="auto"/>
        <w:ind w:left="3600"/>
        <w:rPr>
          <w:rFonts w:ascii="Aptos" w:hAnsi="Aptos"/>
        </w:rPr>
      </w:pPr>
      <w:r w:rsidRPr="00BC5D46">
        <w:rPr>
          <w:rFonts w:ascii="Aptos" w:hAnsi="Aptos"/>
        </w:rPr>
        <w:t>Trigger/Condition: Battery SoC drops below 10%.</w:t>
      </w:r>
    </w:p>
    <w:p w14:paraId="3153AAC4" w14:textId="052F1BCD" w:rsidR="007B0A0F" w:rsidRPr="00BC5D46" w:rsidRDefault="007B0A0F" w:rsidP="003417D1">
      <w:pPr>
        <w:spacing w:line="240" w:lineRule="auto"/>
        <w:ind w:left="3600"/>
        <w:rPr>
          <w:rFonts w:ascii="Aptos" w:hAnsi="Aptos"/>
        </w:rPr>
      </w:pPr>
      <w:r w:rsidRPr="00BC5D46">
        <w:rPr>
          <w:rFonts w:ascii="Aptos" w:hAnsi="Aptos"/>
        </w:rPr>
        <w:t>What it means: Risk of shutdown; audio may stop unexpectedly.</w:t>
      </w:r>
    </w:p>
    <w:p w14:paraId="71CAE84F" w14:textId="7A08956E" w:rsidR="007B0A0F" w:rsidRPr="00BC5D46" w:rsidRDefault="007B0A0F" w:rsidP="003417D1">
      <w:pPr>
        <w:spacing w:line="240" w:lineRule="auto"/>
        <w:ind w:left="3600"/>
        <w:rPr>
          <w:rFonts w:ascii="Aptos" w:hAnsi="Aptos"/>
        </w:rPr>
      </w:pPr>
      <w:r w:rsidRPr="00BC5D46">
        <w:rPr>
          <w:rFonts w:ascii="Aptos" w:hAnsi="Aptos"/>
        </w:rPr>
        <w:t>What to do:</w:t>
      </w:r>
    </w:p>
    <w:p w14:paraId="103F0701" w14:textId="2B8BE15F" w:rsidR="007B0A0F" w:rsidRPr="00BC5D46" w:rsidRDefault="007B0A0F" w:rsidP="003417D1">
      <w:pPr>
        <w:pStyle w:val="Listenumros"/>
        <w:numPr>
          <w:ilvl w:val="0"/>
          <w:numId w:val="0"/>
        </w:numPr>
        <w:spacing w:line="240" w:lineRule="auto"/>
        <w:ind w:left="3960"/>
        <w:rPr>
          <w:rFonts w:ascii="Aptos" w:hAnsi="Aptos"/>
        </w:rPr>
      </w:pPr>
      <w:r w:rsidRPr="00BC5D46">
        <w:rPr>
          <w:rFonts w:ascii="Aptos" w:hAnsi="Aptos"/>
        </w:rPr>
        <w:t>1. Connect USB power to charge.</w:t>
      </w:r>
    </w:p>
    <w:p w14:paraId="5CFC5ED8" w14:textId="283C6A5A" w:rsidR="007B0A0F" w:rsidRPr="00BC5D46" w:rsidRDefault="007B0A0F" w:rsidP="003417D1">
      <w:pPr>
        <w:pStyle w:val="Listenumros"/>
        <w:numPr>
          <w:ilvl w:val="0"/>
          <w:numId w:val="0"/>
        </w:numPr>
        <w:spacing w:line="240" w:lineRule="auto"/>
        <w:ind w:left="3960"/>
        <w:rPr>
          <w:rFonts w:ascii="Aptos" w:hAnsi="Aptos"/>
        </w:rPr>
      </w:pPr>
      <w:r w:rsidRPr="00BC5D46">
        <w:rPr>
          <w:rFonts w:ascii="Aptos" w:hAnsi="Aptos"/>
        </w:rPr>
        <w:t>2. Reduce screen-on time or enter Sleep to save power.</w:t>
      </w:r>
    </w:p>
    <w:p w14:paraId="58CF681F" w14:textId="7F206A7D" w:rsidR="007B0A0F" w:rsidRPr="00BC5D46" w:rsidRDefault="007B0A0F" w:rsidP="003417D1">
      <w:pPr>
        <w:spacing w:line="240" w:lineRule="auto"/>
        <w:ind w:left="3600"/>
        <w:rPr>
          <w:rFonts w:ascii="Aptos" w:hAnsi="Aptos"/>
        </w:rPr>
      </w:pPr>
      <w:r w:rsidRPr="00BC5D46">
        <w:rPr>
          <w:rFonts w:ascii="Aptos" w:hAnsi="Aptos"/>
        </w:rPr>
        <w:t xml:space="preserve">Auto-recovery: Returns to </w:t>
      </w:r>
      <w:r w:rsidR="00AB5A08" w:rsidRPr="00BC5D46">
        <w:rPr>
          <w:rFonts w:ascii="Aptos" w:hAnsi="Aptos"/>
        </w:rPr>
        <w:t>previous screen after 2 seconds</w:t>
      </w:r>
      <w:r w:rsidRPr="00BC5D46">
        <w:rPr>
          <w:rFonts w:ascii="Aptos" w:hAnsi="Aptos"/>
        </w:rPr>
        <w:t>.</w:t>
      </w:r>
    </w:p>
    <w:p w14:paraId="7F3F1B93" w14:textId="0F8B89CC" w:rsidR="007B0A0F" w:rsidRPr="00BC5D46" w:rsidRDefault="007B0A0F" w:rsidP="007B0A0F">
      <w:pPr>
        <w:rPr>
          <w:rFonts w:ascii="Aptos" w:hAnsi="Aptos"/>
        </w:rPr>
      </w:pPr>
    </w:p>
    <w:p w14:paraId="3311D5B5" w14:textId="5965B88A" w:rsidR="007B0A0F" w:rsidRPr="00BC5D46" w:rsidRDefault="003417D1" w:rsidP="007B0A0F">
      <w:pPr>
        <w:jc w:val="center"/>
        <w:rPr>
          <w:rFonts w:ascii="Aptos" w:hAnsi="Aptos" w:cs="Segoe UI Symbol"/>
          <w:i/>
        </w:rPr>
      </w:pPr>
      <w:r w:rsidRPr="00BC5D46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E96A521" wp14:editId="15CBD437">
                <wp:simplePos x="0" y="0"/>
                <wp:positionH relativeFrom="column">
                  <wp:posOffset>-481330</wp:posOffset>
                </wp:positionH>
                <wp:positionV relativeFrom="paragraph">
                  <wp:posOffset>163830</wp:posOffset>
                </wp:positionV>
                <wp:extent cx="2413000" cy="323850"/>
                <wp:effectExtent l="0" t="0" r="0" b="0"/>
                <wp:wrapNone/>
                <wp:docPr id="653319332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FE232" w14:textId="77777777" w:rsidR="003417D1" w:rsidRDefault="003417D1" w:rsidP="003417D1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>Figure – Low Battery screen</w:t>
                            </w:r>
                          </w:p>
                          <w:p w14:paraId="36FD5561" w14:textId="77777777" w:rsidR="003417D1" w:rsidRPr="003C26EC" w:rsidRDefault="003417D1" w:rsidP="003417D1">
                            <w:pPr>
                              <w:rPr>
                                <w:rFonts w:ascii="Aptos" w:hAnsi="Apto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6A521" id="_x0000_s1075" type="#_x0000_t202" style="position:absolute;left:0;text-align:left;margin-left:-37.9pt;margin-top:12.9pt;width:190pt;height:25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" filled="f" stroked="f" strokeweight=".5pt">
                <v:textbox>
                  <w:txbxContent>
                    <w:p w14:paraId="0C6FE232" w14:textId="77777777" w:rsidR="003417D1" w:rsidRDefault="003417D1" w:rsidP="003417D1">
                      <w:pPr>
                        <w:jc w:val="center"/>
                      </w:pPr>
                      <w:r>
                        <w:rPr>
                          <w:i/>
                        </w:rPr>
                        <w:t>Figure – Low Battery screen</w:t>
                      </w:r>
                    </w:p>
                    <w:p w14:paraId="36FD5561" w14:textId="77777777" w:rsidR="003417D1" w:rsidRPr="003C26EC" w:rsidRDefault="003417D1" w:rsidP="003417D1">
                      <w:pPr>
                        <w:rPr>
                          <w:rFonts w:ascii="Aptos" w:hAnsi="Apto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404B9B" w14:textId="09B3FFB7" w:rsidR="007B0A0F" w:rsidRPr="00BC5D46" w:rsidRDefault="007B0A0F" w:rsidP="007B0A0F">
      <w:pPr>
        <w:jc w:val="center"/>
        <w:rPr>
          <w:rFonts w:ascii="Aptos" w:hAnsi="Aptos" w:cs="Segoe UI Symbol"/>
          <w:i/>
        </w:rPr>
      </w:pPr>
    </w:p>
    <w:p w14:paraId="13A164C2" w14:textId="77777777" w:rsidR="007B0A0F" w:rsidRPr="00BC5D46" w:rsidRDefault="007B0A0F" w:rsidP="007B0A0F">
      <w:pPr>
        <w:jc w:val="center"/>
        <w:rPr>
          <w:rFonts w:ascii="Aptos" w:hAnsi="Aptos" w:cs="Segoe UI Symbol"/>
          <w:i/>
        </w:rPr>
      </w:pPr>
    </w:p>
    <w:p w14:paraId="31A32C16" w14:textId="77777777" w:rsidR="007B0A0F" w:rsidRPr="00BC5D46" w:rsidRDefault="007B0A0F" w:rsidP="007B0A0F">
      <w:pPr>
        <w:jc w:val="center"/>
        <w:rPr>
          <w:rFonts w:ascii="Aptos" w:hAnsi="Aptos" w:cs="Segoe UI Symbol"/>
          <w:i/>
        </w:rPr>
      </w:pPr>
    </w:p>
    <w:p w14:paraId="5BDF1804" w14:textId="6AAAE879" w:rsidR="007B0A0F" w:rsidRPr="00BC5D46" w:rsidRDefault="007B0A0F" w:rsidP="007B0A0F">
      <w:pPr>
        <w:jc w:val="center"/>
        <w:rPr>
          <w:rFonts w:ascii="Aptos" w:hAnsi="Aptos" w:cs="Segoe UI Symbol"/>
          <w:i/>
        </w:rPr>
      </w:pPr>
    </w:p>
    <w:p w14:paraId="18A92AFF" w14:textId="5F91FDCD" w:rsidR="007B0A0F" w:rsidRPr="00BC5D46" w:rsidRDefault="007B0A0F" w:rsidP="007B0A0F">
      <w:pPr>
        <w:jc w:val="center"/>
        <w:rPr>
          <w:rFonts w:ascii="Aptos" w:hAnsi="Aptos" w:cs="Segoe UI Symbol"/>
          <w:i/>
        </w:rPr>
      </w:pPr>
    </w:p>
    <w:p w14:paraId="442511D0" w14:textId="77777777" w:rsidR="007B0A0F" w:rsidRPr="00BC5D46" w:rsidRDefault="007B0A0F" w:rsidP="003417D1">
      <w:pPr>
        <w:pStyle w:val="Titre2"/>
        <w:spacing w:line="240" w:lineRule="auto"/>
        <w:rPr>
          <w:rFonts w:ascii="Aptos" w:hAnsi="Aptos"/>
        </w:rPr>
      </w:pPr>
      <w:bookmarkStart w:id="23" w:name="_Toc207203258"/>
      <w:bookmarkStart w:id="24" w:name="_Toc207283916"/>
      <w:r w:rsidRPr="00BC5D46">
        <w:rPr>
          <w:rFonts w:ascii="Aptos" w:hAnsi="Aptos"/>
          <w:sz w:val="24"/>
        </w:rPr>
        <w:t>Sleep</w:t>
      </w:r>
      <w:bookmarkEnd w:id="23"/>
      <w:bookmarkEnd w:id="24"/>
    </w:p>
    <w:p w14:paraId="5D2931F3" w14:textId="77777777" w:rsidR="007B0A0F" w:rsidRPr="00BC5D46" w:rsidRDefault="007B0A0F" w:rsidP="008B3EF1">
      <w:pPr>
        <w:spacing w:line="240" w:lineRule="auto"/>
        <w:jc w:val="both"/>
        <w:rPr>
          <w:rFonts w:ascii="Aptos" w:hAnsi="Aptos"/>
        </w:rPr>
      </w:pPr>
      <w:r w:rsidRPr="00BC5D46">
        <w:rPr>
          <w:rFonts w:ascii="Aptos" w:hAnsi="Aptos"/>
        </w:rPr>
        <w:t>Trigger/Condition: Inactivity + accelerometer sensor conditions met.</w:t>
      </w:r>
    </w:p>
    <w:p w14:paraId="106E2BDE" w14:textId="77777777" w:rsidR="007B0A0F" w:rsidRPr="00BC5D46" w:rsidRDefault="007B0A0F" w:rsidP="008B3EF1">
      <w:pPr>
        <w:spacing w:line="240" w:lineRule="auto"/>
        <w:jc w:val="both"/>
        <w:rPr>
          <w:rFonts w:ascii="Aptos" w:hAnsi="Aptos"/>
        </w:rPr>
      </w:pPr>
      <w:r w:rsidRPr="00BC5D46">
        <w:rPr>
          <w:rFonts w:ascii="Aptos" w:hAnsi="Aptos"/>
        </w:rPr>
        <w:t>What you see: Screen off; playback state preserved.</w:t>
      </w:r>
    </w:p>
    <w:p w14:paraId="6D95AF66" w14:textId="77777777" w:rsidR="007B0A0F" w:rsidRPr="00BC5D46" w:rsidRDefault="007B0A0F" w:rsidP="008B3EF1">
      <w:pPr>
        <w:spacing w:line="240" w:lineRule="auto"/>
        <w:jc w:val="both"/>
        <w:rPr>
          <w:rFonts w:ascii="Aptos" w:hAnsi="Aptos"/>
        </w:rPr>
      </w:pPr>
      <w:r w:rsidRPr="00BC5D46">
        <w:rPr>
          <w:rFonts w:ascii="Aptos" w:hAnsi="Aptos"/>
        </w:rPr>
        <w:t>What it means: Power saving without full shutdown.</w:t>
      </w:r>
    </w:p>
    <w:p w14:paraId="2276CE66" w14:textId="77777777" w:rsidR="007B0A0F" w:rsidRPr="00BC5D46" w:rsidRDefault="007B0A0F" w:rsidP="008B3EF1">
      <w:pPr>
        <w:spacing w:line="240" w:lineRule="auto"/>
        <w:jc w:val="both"/>
        <w:rPr>
          <w:rFonts w:ascii="Aptos" w:hAnsi="Aptos"/>
        </w:rPr>
      </w:pPr>
      <w:r w:rsidRPr="00BC5D46">
        <w:rPr>
          <w:rFonts w:ascii="Aptos" w:hAnsi="Aptos"/>
        </w:rPr>
        <w:t>What to do:</w:t>
      </w:r>
    </w:p>
    <w:p w14:paraId="42D8D9B9" w14:textId="1730797C" w:rsidR="007B0A0F" w:rsidRPr="00BC5D46" w:rsidRDefault="007B0A0F" w:rsidP="008B3EF1">
      <w:pPr>
        <w:pStyle w:val="Listenumros"/>
        <w:numPr>
          <w:ilvl w:val="0"/>
          <w:numId w:val="0"/>
        </w:numPr>
        <w:spacing w:line="240" w:lineRule="auto"/>
        <w:ind w:left="360"/>
        <w:jc w:val="both"/>
        <w:rPr>
          <w:rFonts w:ascii="Aptos" w:hAnsi="Aptos"/>
        </w:rPr>
      </w:pPr>
      <w:r w:rsidRPr="00BC5D46">
        <w:rPr>
          <w:rFonts w:ascii="Aptos" w:hAnsi="Aptos"/>
        </w:rPr>
        <w:t>1. Wake with movement or press any button (except Volume in some profiles).</w:t>
      </w:r>
    </w:p>
    <w:p w14:paraId="142570AA" w14:textId="46B872BB" w:rsidR="007B0A0F" w:rsidRPr="00BC5D46" w:rsidRDefault="007B0A0F" w:rsidP="008B3EF1">
      <w:pPr>
        <w:pStyle w:val="Listenumros"/>
        <w:numPr>
          <w:ilvl w:val="0"/>
          <w:numId w:val="0"/>
        </w:numPr>
        <w:spacing w:line="240" w:lineRule="auto"/>
        <w:ind w:left="360"/>
        <w:jc w:val="both"/>
        <w:rPr>
          <w:rFonts w:ascii="Aptos" w:hAnsi="Aptos"/>
        </w:rPr>
      </w:pPr>
      <w:r w:rsidRPr="00BC5D46">
        <w:rPr>
          <w:rFonts w:ascii="Aptos" w:hAnsi="Aptos"/>
        </w:rPr>
        <w:t xml:space="preserve">2. Resume interaction on the </w:t>
      </w:r>
      <w:r w:rsidR="003417D1" w:rsidRPr="00BC5D46">
        <w:rPr>
          <w:rFonts w:ascii="Aptos" w:hAnsi="Aptos"/>
        </w:rPr>
        <w:t>current</w:t>
      </w:r>
      <w:r w:rsidRPr="00BC5D46">
        <w:rPr>
          <w:rFonts w:ascii="Aptos" w:hAnsi="Aptos"/>
        </w:rPr>
        <w:t xml:space="preserve"> screen.</w:t>
      </w:r>
    </w:p>
    <w:p w14:paraId="2B99ABB9" w14:textId="4D3100D1" w:rsidR="007B0A0F" w:rsidRPr="00BC5D46" w:rsidRDefault="007B0A0F" w:rsidP="008B3EF1">
      <w:pPr>
        <w:spacing w:line="240" w:lineRule="auto"/>
        <w:jc w:val="both"/>
        <w:rPr>
          <w:rFonts w:ascii="Aptos" w:hAnsi="Aptos"/>
        </w:rPr>
      </w:pPr>
      <w:r w:rsidRPr="00BC5D46">
        <w:rPr>
          <w:rFonts w:ascii="Aptos" w:hAnsi="Aptos"/>
        </w:rPr>
        <w:t xml:space="preserve">Auto-recovery: </w:t>
      </w:r>
      <w:r w:rsidR="003417D1" w:rsidRPr="00BC5D46">
        <w:rPr>
          <w:rFonts w:ascii="Aptos" w:hAnsi="Aptos"/>
        </w:rPr>
        <w:t>Auto</w:t>
      </w:r>
      <w:r w:rsidRPr="00BC5D46">
        <w:rPr>
          <w:rFonts w:ascii="Aptos" w:hAnsi="Aptos"/>
        </w:rPr>
        <w:t>-exits on wake conditions.</w:t>
      </w:r>
    </w:p>
    <w:p w14:paraId="76E98EEC" w14:textId="00825313" w:rsidR="00F33701" w:rsidRPr="00CE1EC0" w:rsidRDefault="00F33701" w:rsidP="00F33701">
      <w:pPr>
        <w:spacing w:line="240" w:lineRule="auto"/>
        <w:rPr>
          <w:rFonts w:ascii="Aptos" w:hAnsi="Aptos"/>
        </w:rPr>
      </w:pPr>
      <w:r w:rsidRPr="00BC5D46">
        <w:rPr>
          <w:rFonts w:ascii="Aptos" w:hAnsi="Aptos"/>
        </w:rPr>
        <w:t xml:space="preserve">Notes: </w:t>
      </w:r>
      <w:r w:rsidRPr="00CE1EC0">
        <w:rPr>
          <w:rFonts w:ascii="Aptos" w:hAnsi="Aptos"/>
        </w:rPr>
        <w:t>Estimated Autonomy &gt; 1 week</w:t>
      </w:r>
    </w:p>
    <w:p w14:paraId="529A9E28" w14:textId="77777777" w:rsidR="003417D1" w:rsidRDefault="003417D1" w:rsidP="007B0A0F">
      <w:pPr>
        <w:rPr>
          <w:rFonts w:ascii="Aptos" w:hAnsi="Aptos"/>
        </w:rPr>
      </w:pPr>
    </w:p>
    <w:p w14:paraId="0BD0F799" w14:textId="77777777" w:rsidR="002F1BED" w:rsidRDefault="002F1BED" w:rsidP="007B0A0F">
      <w:pPr>
        <w:rPr>
          <w:rFonts w:ascii="Aptos" w:hAnsi="Aptos"/>
        </w:rPr>
      </w:pPr>
    </w:p>
    <w:p w14:paraId="163CA9AB" w14:textId="77777777" w:rsidR="002F1BED" w:rsidRPr="00BC5D46" w:rsidRDefault="002F1BED" w:rsidP="007B0A0F">
      <w:pPr>
        <w:rPr>
          <w:rFonts w:ascii="Aptos" w:hAnsi="Aptos"/>
        </w:rPr>
      </w:pPr>
    </w:p>
    <w:p w14:paraId="77DF307F" w14:textId="77777777" w:rsidR="00087D82" w:rsidRPr="00BC5D46" w:rsidRDefault="00087D82" w:rsidP="007B0A0F">
      <w:pPr>
        <w:rPr>
          <w:rFonts w:ascii="Aptos" w:hAnsi="Aptos"/>
        </w:rPr>
      </w:pPr>
    </w:p>
    <w:p w14:paraId="417BD3EE" w14:textId="77777777" w:rsidR="007B0A0F" w:rsidRPr="00BC5D46" w:rsidRDefault="007B0A0F" w:rsidP="007B0A0F">
      <w:pPr>
        <w:pStyle w:val="Titre2"/>
        <w:rPr>
          <w:rFonts w:ascii="Aptos" w:hAnsi="Aptos"/>
        </w:rPr>
      </w:pPr>
      <w:bookmarkStart w:id="25" w:name="_Toc207203259"/>
      <w:bookmarkStart w:id="26" w:name="_Toc207283917"/>
      <w:r w:rsidRPr="00BC5D46">
        <w:rPr>
          <w:rFonts w:ascii="Aptos" w:hAnsi="Aptos"/>
          <w:sz w:val="24"/>
        </w:rPr>
        <w:lastRenderedPageBreak/>
        <w:t>Deep Sleep</w:t>
      </w:r>
      <w:bookmarkEnd w:id="25"/>
      <w:bookmarkEnd w:id="26"/>
    </w:p>
    <w:p w14:paraId="467E265B" w14:textId="77777777" w:rsidR="007B0A0F" w:rsidRPr="00BC5D46" w:rsidRDefault="007B0A0F" w:rsidP="00087D82">
      <w:pPr>
        <w:spacing w:line="240" w:lineRule="auto"/>
        <w:rPr>
          <w:rFonts w:ascii="Aptos" w:hAnsi="Aptos"/>
        </w:rPr>
      </w:pPr>
      <w:r w:rsidRPr="00BC5D46">
        <w:rPr>
          <w:rFonts w:ascii="Aptos" w:hAnsi="Aptos"/>
        </w:rPr>
        <w:t>Trigger/Condition: Extended inactivity with USB unplugged.</w:t>
      </w:r>
    </w:p>
    <w:p w14:paraId="7092432D" w14:textId="77777777" w:rsidR="007B0A0F" w:rsidRPr="00BC5D46" w:rsidRDefault="007B0A0F" w:rsidP="00087D82">
      <w:pPr>
        <w:spacing w:line="240" w:lineRule="auto"/>
        <w:rPr>
          <w:rFonts w:ascii="Aptos" w:hAnsi="Aptos"/>
        </w:rPr>
      </w:pPr>
      <w:r w:rsidRPr="00BC5D46">
        <w:rPr>
          <w:rFonts w:ascii="Aptos" w:hAnsi="Aptos"/>
        </w:rPr>
        <w:t>What you see: System unresponsive until wake action.</w:t>
      </w:r>
    </w:p>
    <w:p w14:paraId="3628188C" w14:textId="1E7E6D62" w:rsidR="007B0A0F" w:rsidRPr="00BC5D46" w:rsidRDefault="007B0A0F" w:rsidP="00087D82">
      <w:pPr>
        <w:spacing w:line="240" w:lineRule="auto"/>
        <w:rPr>
          <w:rFonts w:ascii="Aptos" w:hAnsi="Aptos"/>
        </w:rPr>
      </w:pPr>
      <w:r w:rsidRPr="00BC5D46">
        <w:rPr>
          <w:rFonts w:ascii="Aptos" w:hAnsi="Aptos"/>
        </w:rPr>
        <w:t xml:space="preserve">What it means: </w:t>
      </w:r>
      <w:r w:rsidR="00B4376D" w:rsidRPr="00B4376D">
        <w:rPr>
          <w:rFonts w:ascii="Aptos" w:hAnsi="Aptos"/>
        </w:rPr>
        <w:t>System off (no reception)</w:t>
      </w:r>
      <w:r w:rsidRPr="00BC5D46">
        <w:rPr>
          <w:rFonts w:ascii="Aptos" w:hAnsi="Aptos"/>
        </w:rPr>
        <w:t>.</w:t>
      </w:r>
    </w:p>
    <w:p w14:paraId="3B428ECC" w14:textId="77777777" w:rsidR="007B0A0F" w:rsidRPr="00BC5D46" w:rsidRDefault="007B0A0F" w:rsidP="00087D82">
      <w:pPr>
        <w:spacing w:line="240" w:lineRule="auto"/>
        <w:rPr>
          <w:rFonts w:ascii="Aptos" w:hAnsi="Aptos"/>
        </w:rPr>
      </w:pPr>
      <w:r w:rsidRPr="00BC5D46">
        <w:rPr>
          <w:rFonts w:ascii="Aptos" w:hAnsi="Aptos"/>
        </w:rPr>
        <w:t>What to do:</w:t>
      </w:r>
    </w:p>
    <w:p w14:paraId="036CFD15" w14:textId="77777777" w:rsidR="007B0A0F" w:rsidRPr="00BC5D46" w:rsidRDefault="007B0A0F" w:rsidP="00087D82">
      <w:pPr>
        <w:pStyle w:val="Listenumros"/>
        <w:numPr>
          <w:ilvl w:val="0"/>
          <w:numId w:val="0"/>
        </w:numPr>
        <w:spacing w:line="240" w:lineRule="auto"/>
        <w:ind w:left="360"/>
        <w:rPr>
          <w:rFonts w:ascii="Aptos" w:hAnsi="Aptos"/>
        </w:rPr>
      </w:pPr>
      <w:r w:rsidRPr="00BC5D46">
        <w:rPr>
          <w:rFonts w:ascii="Aptos" w:hAnsi="Aptos"/>
        </w:rPr>
        <w:t>1. Wake with movement or press any button.</w:t>
      </w:r>
    </w:p>
    <w:p w14:paraId="0735C15C" w14:textId="77777777" w:rsidR="007B0A0F" w:rsidRPr="00BC5D46" w:rsidRDefault="007B0A0F" w:rsidP="00087D82">
      <w:pPr>
        <w:pStyle w:val="Listenumros"/>
        <w:numPr>
          <w:ilvl w:val="0"/>
          <w:numId w:val="0"/>
        </w:numPr>
        <w:spacing w:line="240" w:lineRule="auto"/>
        <w:ind w:left="360"/>
        <w:rPr>
          <w:rFonts w:ascii="Aptos" w:hAnsi="Aptos"/>
        </w:rPr>
      </w:pPr>
      <w:r w:rsidRPr="00BC5D46">
        <w:rPr>
          <w:rFonts w:ascii="Aptos" w:hAnsi="Aptos"/>
        </w:rPr>
        <w:t>2. Allow a few seconds for full system readiness.</w:t>
      </w:r>
    </w:p>
    <w:p w14:paraId="344798C6" w14:textId="77777777" w:rsidR="007B0A0F" w:rsidRPr="00BC5D46" w:rsidRDefault="007B0A0F" w:rsidP="00087D82">
      <w:pPr>
        <w:spacing w:line="240" w:lineRule="auto"/>
        <w:rPr>
          <w:rFonts w:ascii="Aptos" w:hAnsi="Aptos"/>
        </w:rPr>
      </w:pPr>
      <w:r w:rsidRPr="00BC5D46">
        <w:rPr>
          <w:rFonts w:ascii="Aptos" w:hAnsi="Aptos"/>
        </w:rPr>
        <w:t>Auto-recovery: No auto-exit; requires wake action.</w:t>
      </w:r>
    </w:p>
    <w:p w14:paraId="39BCC02B" w14:textId="2EB9709A" w:rsidR="007B0A0F" w:rsidRPr="00CE1EC0" w:rsidRDefault="007B0A0F" w:rsidP="00087D82">
      <w:pPr>
        <w:spacing w:line="240" w:lineRule="auto"/>
        <w:rPr>
          <w:rFonts w:ascii="Aptos" w:hAnsi="Aptos"/>
        </w:rPr>
      </w:pPr>
      <w:r w:rsidRPr="00BC5D46">
        <w:rPr>
          <w:rFonts w:ascii="Aptos" w:hAnsi="Aptos"/>
        </w:rPr>
        <w:t xml:space="preserve">Notes: </w:t>
      </w:r>
      <w:r w:rsidR="00E146BC" w:rsidRPr="00CE1EC0">
        <w:rPr>
          <w:rFonts w:ascii="Aptos" w:hAnsi="Aptos"/>
        </w:rPr>
        <w:t>Estimated Autonomy &gt;</w:t>
      </w:r>
      <w:r w:rsidR="00F33701" w:rsidRPr="00CE1EC0">
        <w:rPr>
          <w:rFonts w:ascii="Aptos" w:hAnsi="Aptos"/>
        </w:rPr>
        <w:t xml:space="preserve"> 3 months</w:t>
      </w:r>
    </w:p>
    <w:p w14:paraId="1924FC1A" w14:textId="77777777" w:rsidR="007B0A0F" w:rsidRPr="00BC5D46" w:rsidRDefault="007B0A0F" w:rsidP="007B0A0F">
      <w:pPr>
        <w:rPr>
          <w:rFonts w:ascii="Aptos" w:hAnsi="Aptos"/>
        </w:rPr>
      </w:pPr>
    </w:p>
    <w:p w14:paraId="3AE83A0D" w14:textId="0C6959D0" w:rsidR="007B0A0F" w:rsidRPr="00BC5D46" w:rsidRDefault="007B0A0F" w:rsidP="00F10737">
      <w:pPr>
        <w:pStyle w:val="Titre1"/>
        <w:rPr>
          <w:rFonts w:ascii="Aptos" w:hAnsi="Aptos"/>
        </w:rPr>
      </w:pPr>
      <w:bookmarkStart w:id="27" w:name="_Toc207203260"/>
      <w:bookmarkStart w:id="28" w:name="_Toc207283918"/>
      <w:r w:rsidRPr="00BC5D46">
        <w:rPr>
          <w:rFonts w:ascii="Aptos" w:hAnsi="Aptos"/>
        </w:rPr>
        <w:t>Troubleshooting (Quick Answers)</w:t>
      </w:r>
      <w:bookmarkEnd w:id="27"/>
      <w:bookmarkEnd w:id="28"/>
      <w:r w:rsidRPr="00BC5D46">
        <w:rPr>
          <w:rFonts w:ascii="Aptos" w:hAnsi="Aptos"/>
        </w:rPr>
        <w:t xml:space="preserve"> </w:t>
      </w:r>
    </w:p>
    <w:p w14:paraId="7A07DEEF" w14:textId="77777777" w:rsidR="007B0A0F" w:rsidRPr="00BC5D46" w:rsidRDefault="007B0A0F" w:rsidP="008B3EF1">
      <w:pPr>
        <w:pStyle w:val="Listenumro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</w:rPr>
        <w:t>1. No sound → Check mute/volume; ensure stream is playing.</w:t>
      </w:r>
    </w:p>
    <w:p w14:paraId="1B006B57" w14:textId="77777777" w:rsidR="007B0A0F" w:rsidRPr="00BC5D46" w:rsidRDefault="007B0A0F" w:rsidP="008B3EF1">
      <w:pPr>
        <w:pStyle w:val="Listenumro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</w:rPr>
        <w:t>2. Unstable → Move closer or switch to stronger broadcast.</w:t>
      </w:r>
    </w:p>
    <w:p w14:paraId="7A22AD76" w14:textId="77777777" w:rsidR="007B0A0F" w:rsidRPr="00BC5D46" w:rsidRDefault="007B0A0F" w:rsidP="008B3EF1">
      <w:pPr>
        <w:pStyle w:val="Listenumro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</w:rPr>
        <w:t>3. Password rejected → Re-enter with eye icon or re-scan QR.</w:t>
      </w:r>
    </w:p>
    <w:p w14:paraId="1F65854D" w14:textId="44E68233" w:rsidR="007B0A0F" w:rsidRPr="00BC5D46" w:rsidRDefault="007B0A0F" w:rsidP="008B3EF1">
      <w:pPr>
        <w:pStyle w:val="Listenumro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</w:rPr>
        <w:t>4. Screen off → That’s Sleep; wake with movement</w:t>
      </w:r>
      <w:r w:rsidR="007937F1">
        <w:rPr>
          <w:rFonts w:ascii="Aptos" w:hAnsi="Aptos"/>
        </w:rPr>
        <w:t xml:space="preserve"> </w:t>
      </w:r>
      <w:r w:rsidR="00A14BCA">
        <w:rPr>
          <w:rFonts w:ascii="Aptos" w:hAnsi="Aptos"/>
        </w:rPr>
        <w:t xml:space="preserve">+ </w:t>
      </w:r>
      <w:r w:rsidR="00C90870">
        <w:rPr>
          <w:rFonts w:ascii="Aptos" w:hAnsi="Aptos"/>
        </w:rPr>
        <w:t>IR positive</w:t>
      </w:r>
      <w:r w:rsidR="009F60B5">
        <w:rPr>
          <w:rFonts w:ascii="Aptos" w:hAnsi="Aptos"/>
        </w:rPr>
        <w:t xml:space="preserve"> (&lt;50cm)</w:t>
      </w:r>
      <w:r w:rsidR="00A14BCA">
        <w:rPr>
          <w:rFonts w:ascii="Aptos" w:hAnsi="Aptos"/>
        </w:rPr>
        <w:t xml:space="preserve"> </w:t>
      </w:r>
      <w:r w:rsidRPr="00BC5D46">
        <w:rPr>
          <w:rFonts w:ascii="Aptos" w:hAnsi="Aptos"/>
        </w:rPr>
        <w:t>or a button.</w:t>
      </w:r>
    </w:p>
    <w:p w14:paraId="14B79126" w14:textId="77777777" w:rsidR="007B0A0F" w:rsidRPr="00BC5D46" w:rsidRDefault="007B0A0F" w:rsidP="008B3EF1">
      <w:pPr>
        <w:pStyle w:val="Listenumros"/>
        <w:numPr>
          <w:ilvl w:val="0"/>
          <w:numId w:val="0"/>
        </w:numPr>
        <w:ind w:left="360"/>
        <w:rPr>
          <w:rFonts w:ascii="Aptos" w:hAnsi="Aptos"/>
        </w:rPr>
      </w:pPr>
      <w:r w:rsidRPr="00BC5D46">
        <w:rPr>
          <w:rFonts w:ascii="Aptos" w:hAnsi="Aptos"/>
        </w:rPr>
        <w:t>5. Power off → Long-press Power (~3 s).</w:t>
      </w:r>
    </w:p>
    <w:p w14:paraId="61481ECB" w14:textId="77777777" w:rsidR="007B0A0F" w:rsidRPr="00BC5D46" w:rsidRDefault="007B0A0F" w:rsidP="007B0A0F">
      <w:pPr>
        <w:rPr>
          <w:rFonts w:ascii="Aptos" w:hAnsi="Aptos"/>
        </w:rPr>
      </w:pPr>
      <w:r w:rsidRPr="00BC5D46">
        <w:rPr>
          <w:rFonts w:ascii="Aptos" w:hAnsi="Apto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710D6AB" wp14:editId="6C082DB1">
                <wp:simplePos x="0" y="0"/>
                <wp:positionH relativeFrom="page">
                  <wp:posOffset>-28135</wp:posOffset>
                </wp:positionH>
                <wp:positionV relativeFrom="paragraph">
                  <wp:posOffset>4260703</wp:posOffset>
                </wp:positionV>
                <wp:extent cx="7802880" cy="685800"/>
                <wp:effectExtent l="0" t="0" r="7620" b="0"/>
                <wp:wrapNone/>
                <wp:docPr id="1317203122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2880" cy="685800"/>
                        </a:xfrm>
                        <a:prstGeom prst="rect">
                          <a:avLst/>
                        </a:prstGeom>
                        <a:solidFill>
                          <a:srgbClr val="915CF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502B46" w14:textId="77777777" w:rsidR="007B0A0F" w:rsidRDefault="007B0A0F" w:rsidP="007B0A0F">
                            <w:pPr>
                              <w:shd w:val="clear" w:color="auto" w:fill="915CFA"/>
                              <w:jc w:val="center"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FD6407">
                              <w:rPr>
                                <w:color w:val="FFFFFF" w:themeColor="background1"/>
                                <w:lang w:val="fr-FR"/>
                              </w:rPr>
                              <w:t xml:space="preserve">Aura by Opus distributed by Opus Technologies        |        4 Allée Pierre-Gilles de Gennes        |        33650 Martillac, France </w:t>
                            </w:r>
                          </w:p>
                          <w:p w14:paraId="2498FBAA" w14:textId="77777777" w:rsidR="007B0A0F" w:rsidRPr="00FD6407" w:rsidRDefault="007B0A0F" w:rsidP="007B0A0F">
                            <w:pPr>
                              <w:shd w:val="clear" w:color="auto" w:fill="915CFA"/>
                              <w:jc w:val="center"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FD6407">
                              <w:rPr>
                                <w:color w:val="FFFFFF" w:themeColor="background1"/>
                                <w:lang w:val="fr-FR"/>
                              </w:rPr>
                              <w:t>(+33) 09 81 24 00 06 | hello@opus-technologies.fr | www.aurabyopus.com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0D6AB" id="Zone de texte 4" o:spid="_x0000_s1076" type="#_x0000_t202" style="position:absolute;margin-left:-2.2pt;margin-top:335.5pt;width:614.4pt;height:54pt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" fillcolor="#915cfa" stroked="f" strokeweight=".5pt">
                <v:textbox>
                  <w:txbxContent>
                    <w:p w14:paraId="3E502B46" w14:textId="77777777" w:rsidR="007B0A0F" w:rsidRDefault="007B0A0F" w:rsidP="007B0A0F">
                      <w:pPr>
                        <w:shd w:val="clear" w:color="auto" w:fill="915CFA"/>
                        <w:jc w:val="center"/>
                        <w:rPr>
                          <w:color w:val="FFFFFF" w:themeColor="background1"/>
                          <w:lang w:val="fr-FR"/>
                        </w:rPr>
                      </w:pPr>
                      <w:r w:rsidRPr="00FD6407">
                        <w:rPr>
                          <w:color w:val="FFFFFF" w:themeColor="background1"/>
                          <w:lang w:val="fr-FR"/>
                        </w:rPr>
                        <w:t xml:space="preserve">Aura by Opus distributed by Opus Technologies        |        4 Allée Pierre-Gilles de Gennes        |        33650 Martillac, France </w:t>
                      </w:r>
                    </w:p>
                    <w:p w14:paraId="2498FBAA" w14:textId="77777777" w:rsidR="007B0A0F" w:rsidRPr="00FD6407" w:rsidRDefault="007B0A0F" w:rsidP="007B0A0F">
                      <w:pPr>
                        <w:shd w:val="clear" w:color="auto" w:fill="915CFA"/>
                        <w:jc w:val="center"/>
                        <w:rPr>
                          <w:color w:val="FFFFFF" w:themeColor="background1"/>
                          <w:lang w:val="fr-FR"/>
                        </w:rPr>
                      </w:pPr>
                      <w:r w:rsidRPr="00FD6407">
                        <w:rPr>
                          <w:color w:val="FFFFFF" w:themeColor="background1"/>
                          <w:lang w:val="fr-FR"/>
                        </w:rPr>
                        <w:t>(+33) 09 81 24 00 06 | hello@opus-technologies.fr | www.aurabyopus.com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66C156" w14:textId="31E22B81" w:rsidR="00114C23" w:rsidRPr="00BC5D46" w:rsidRDefault="00114C23">
      <w:pPr>
        <w:rPr>
          <w:rFonts w:ascii="Aptos" w:hAnsi="Aptos"/>
        </w:rPr>
      </w:pPr>
    </w:p>
    <w:sectPr w:rsidR="00114C23" w:rsidRPr="00BC5D46" w:rsidSect="00034616">
      <w:headerReference w:type="default" r:id="rId33"/>
      <w:footerReference w:type="default" r:id="rId34"/>
      <w:pgSz w:w="12240" w:h="15840"/>
      <w:pgMar w:top="864" w:right="1008" w:bottom="86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D6EEA" w14:textId="77777777" w:rsidR="000D217B" w:rsidRDefault="000D217B">
      <w:pPr>
        <w:spacing w:after="0" w:line="240" w:lineRule="auto"/>
      </w:pPr>
      <w:r>
        <w:separator/>
      </w:r>
    </w:p>
  </w:endnote>
  <w:endnote w:type="continuationSeparator" w:id="0">
    <w:p w14:paraId="66191E22" w14:textId="77777777" w:rsidR="000D217B" w:rsidRDefault="000D2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BCB80" w14:textId="53DBD5B6" w:rsidR="00114C23" w:rsidRDefault="00306402">
    <w:pPr>
      <w:pStyle w:val="Pieddepage"/>
      <w:jc w:val="center"/>
    </w:pPr>
    <w:r w:rsidRPr="00D22222">
      <w:rPr>
        <w:noProof/>
      </w:rPr>
      <w:drawing>
        <wp:anchor distT="0" distB="0" distL="114300" distR="114300" simplePos="0" relativeHeight="251659264" behindDoc="1" locked="0" layoutInCell="1" allowOverlap="1" wp14:anchorId="33A28441" wp14:editId="2C308310">
          <wp:simplePos x="0" y="0"/>
          <wp:positionH relativeFrom="page">
            <wp:posOffset>-6350</wp:posOffset>
          </wp:positionH>
          <wp:positionV relativeFrom="paragraph">
            <wp:posOffset>25874</wp:posOffset>
          </wp:positionV>
          <wp:extent cx="7803972" cy="600501"/>
          <wp:effectExtent l="0" t="0" r="0" b="9525"/>
          <wp:wrapNone/>
          <wp:docPr id="51356946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827951" name="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972" cy="600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56282" w14:textId="77777777" w:rsidR="000D217B" w:rsidRDefault="000D217B">
      <w:pPr>
        <w:spacing w:after="0" w:line="240" w:lineRule="auto"/>
      </w:pPr>
      <w:r>
        <w:separator/>
      </w:r>
    </w:p>
  </w:footnote>
  <w:footnote w:type="continuationSeparator" w:id="0">
    <w:p w14:paraId="2E4D1B11" w14:textId="77777777" w:rsidR="000D217B" w:rsidRDefault="000D2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E0459" w14:textId="4A63CE06" w:rsidR="00F01A3D" w:rsidRPr="00F01A3D" w:rsidRDefault="00F01A3D" w:rsidP="00F01A3D">
    <w:pPr>
      <w:pStyle w:val="En-tte"/>
      <w:rPr>
        <w:lang w:val="fr-FR"/>
      </w:rPr>
    </w:pPr>
    <w:r>
      <w:t>USER INTERFACE GUIDE</w:t>
    </w:r>
    <w:r w:rsidRPr="00F01A3D">
      <w:t xml:space="preserve"> </w:t>
    </w:r>
    <w:r>
      <w:tab/>
    </w:r>
    <w:r>
      <w:tab/>
      <w:t>AURASTRX</w:t>
    </w:r>
    <w:r w:rsidRPr="00F01A3D">
      <w:rPr>
        <w:lang w:val="fr-FR"/>
      </w:rPr>
      <w:t> </w:t>
    </w:r>
  </w:p>
  <w:p w14:paraId="0C3FA88B" w14:textId="7EB9360F" w:rsidR="00114C23" w:rsidRDefault="00114C23" w:rsidP="00F01A3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53190249">
    <w:abstractNumId w:val="8"/>
  </w:num>
  <w:num w:numId="2" w16cid:durableId="388044110">
    <w:abstractNumId w:val="6"/>
  </w:num>
  <w:num w:numId="3" w16cid:durableId="424770572">
    <w:abstractNumId w:val="5"/>
  </w:num>
  <w:num w:numId="4" w16cid:durableId="1404765238">
    <w:abstractNumId w:val="4"/>
  </w:num>
  <w:num w:numId="5" w16cid:durableId="961502762">
    <w:abstractNumId w:val="7"/>
  </w:num>
  <w:num w:numId="6" w16cid:durableId="1460562422">
    <w:abstractNumId w:val="3"/>
  </w:num>
  <w:num w:numId="7" w16cid:durableId="1639144443">
    <w:abstractNumId w:val="2"/>
  </w:num>
  <w:num w:numId="8" w16cid:durableId="362753489">
    <w:abstractNumId w:val="1"/>
  </w:num>
  <w:num w:numId="9" w16cid:durableId="1088041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6D1F"/>
    <w:rsid w:val="00034616"/>
    <w:rsid w:val="00052754"/>
    <w:rsid w:val="0006063C"/>
    <w:rsid w:val="0006547F"/>
    <w:rsid w:val="00074B01"/>
    <w:rsid w:val="00087D82"/>
    <w:rsid w:val="000C3810"/>
    <w:rsid w:val="000D217B"/>
    <w:rsid w:val="0010732A"/>
    <w:rsid w:val="00114C23"/>
    <w:rsid w:val="00124A6B"/>
    <w:rsid w:val="0015074B"/>
    <w:rsid w:val="001A3D1C"/>
    <w:rsid w:val="001F21C8"/>
    <w:rsid w:val="0020374F"/>
    <w:rsid w:val="00264B99"/>
    <w:rsid w:val="00265E3F"/>
    <w:rsid w:val="0029639D"/>
    <w:rsid w:val="002B3085"/>
    <w:rsid w:val="002C1922"/>
    <w:rsid w:val="002F1BED"/>
    <w:rsid w:val="00306402"/>
    <w:rsid w:val="00326F90"/>
    <w:rsid w:val="003417D1"/>
    <w:rsid w:val="003657BB"/>
    <w:rsid w:val="00391B5B"/>
    <w:rsid w:val="003C26EC"/>
    <w:rsid w:val="003D1D25"/>
    <w:rsid w:val="003D41AA"/>
    <w:rsid w:val="004A10FD"/>
    <w:rsid w:val="004D1F29"/>
    <w:rsid w:val="004E23E6"/>
    <w:rsid w:val="005013B2"/>
    <w:rsid w:val="00515499"/>
    <w:rsid w:val="00522F5B"/>
    <w:rsid w:val="00534200"/>
    <w:rsid w:val="005D15B7"/>
    <w:rsid w:val="005E147D"/>
    <w:rsid w:val="006065F3"/>
    <w:rsid w:val="00633BC4"/>
    <w:rsid w:val="0067127A"/>
    <w:rsid w:val="00671E4E"/>
    <w:rsid w:val="00683128"/>
    <w:rsid w:val="006F0B6C"/>
    <w:rsid w:val="00706BA5"/>
    <w:rsid w:val="00707D8A"/>
    <w:rsid w:val="007937F1"/>
    <w:rsid w:val="007A2354"/>
    <w:rsid w:val="007B0A0F"/>
    <w:rsid w:val="00802F8E"/>
    <w:rsid w:val="008752C7"/>
    <w:rsid w:val="008947F8"/>
    <w:rsid w:val="008B3EF1"/>
    <w:rsid w:val="00901944"/>
    <w:rsid w:val="00923F95"/>
    <w:rsid w:val="009363BE"/>
    <w:rsid w:val="0096161D"/>
    <w:rsid w:val="00997E91"/>
    <w:rsid w:val="009F60B5"/>
    <w:rsid w:val="009F70FB"/>
    <w:rsid w:val="00A14BCA"/>
    <w:rsid w:val="00A578A4"/>
    <w:rsid w:val="00AA1D8D"/>
    <w:rsid w:val="00AB5A08"/>
    <w:rsid w:val="00B03983"/>
    <w:rsid w:val="00B4376D"/>
    <w:rsid w:val="00B47730"/>
    <w:rsid w:val="00BC5D46"/>
    <w:rsid w:val="00BD35D1"/>
    <w:rsid w:val="00BF6BC7"/>
    <w:rsid w:val="00C14BE1"/>
    <w:rsid w:val="00C8568A"/>
    <w:rsid w:val="00C90870"/>
    <w:rsid w:val="00CA7651"/>
    <w:rsid w:val="00CB0664"/>
    <w:rsid w:val="00CE1EC0"/>
    <w:rsid w:val="00CF24E0"/>
    <w:rsid w:val="00CF5F4A"/>
    <w:rsid w:val="00D31616"/>
    <w:rsid w:val="00D638D7"/>
    <w:rsid w:val="00D82765"/>
    <w:rsid w:val="00DE0AB6"/>
    <w:rsid w:val="00E146BC"/>
    <w:rsid w:val="00E37190"/>
    <w:rsid w:val="00E546E1"/>
    <w:rsid w:val="00EC47E5"/>
    <w:rsid w:val="00EE4A2D"/>
    <w:rsid w:val="00F01A3D"/>
    <w:rsid w:val="00F10737"/>
    <w:rsid w:val="00F33701"/>
    <w:rsid w:val="00F41199"/>
    <w:rsid w:val="00FA07F1"/>
    <w:rsid w:val="00FB2D6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877AFAA"/>
  <w14:defaultImageDpi w14:val="300"/>
  <w15:docId w15:val="{3EE2ED7F-6E17-4E6C-9648-369621C80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M1">
    <w:name w:val="toc 1"/>
    <w:basedOn w:val="Normal"/>
    <w:next w:val="Normal"/>
    <w:autoRedefine/>
    <w:uiPriority w:val="39"/>
    <w:unhideWhenUsed/>
    <w:rsid w:val="00F01A3D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F01A3D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F01A3D"/>
    <w:rPr>
      <w:color w:val="0000FF" w:themeColor="hyperlink"/>
      <w:u w:val="single"/>
    </w:rPr>
  </w:style>
  <w:style w:type="character" w:customStyle="1" w:styleId="wacimagecontainer">
    <w:name w:val="wacimagecontainer"/>
    <w:basedOn w:val="Policepardfaut"/>
    <w:rsid w:val="00F01A3D"/>
  </w:style>
  <w:style w:type="character" w:styleId="Mentionnonrsolue">
    <w:name w:val="Unresolved Mention"/>
    <w:basedOn w:val="Policepardfaut"/>
    <w:uiPriority w:val="99"/>
    <w:semiHidden/>
    <w:unhideWhenUsed/>
    <w:rsid w:val="00F01A3D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01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normaltextrun">
    <w:name w:val="normaltextrun"/>
    <w:basedOn w:val="Policepardfaut"/>
    <w:rsid w:val="00F01A3D"/>
  </w:style>
  <w:style w:type="character" w:customStyle="1" w:styleId="eop">
    <w:name w:val="eop"/>
    <w:basedOn w:val="Policepardfaut"/>
    <w:rsid w:val="00F01A3D"/>
  </w:style>
  <w:style w:type="paragraph" w:styleId="NormalWeb">
    <w:name w:val="Normal (Web)"/>
    <w:basedOn w:val="Normal"/>
    <w:uiPriority w:val="99"/>
    <w:semiHidden/>
    <w:unhideWhenUsed/>
    <w:rsid w:val="00E146B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5ec4932-0344-43c2-bb71-90aaa14f4c0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93D3451ADB3640976BF62BB81E2519" ma:contentTypeVersion="10" ma:contentTypeDescription="Create a new document." ma:contentTypeScope="" ma:versionID="5135782bfbd725ceed11afac12bdefaf">
  <xsd:schema xmlns:xsd="http://www.w3.org/2001/XMLSchema" xmlns:xs="http://www.w3.org/2001/XMLSchema" xmlns:p="http://schemas.microsoft.com/office/2006/metadata/properties" xmlns:ns3="f5ec4932-0344-43c2-bb71-90aaa14f4c08" targetNamespace="http://schemas.microsoft.com/office/2006/metadata/properties" ma:root="true" ma:fieldsID="d4ff9eaf3b601dfaea402aa46090bc41" ns3:_="">
    <xsd:import namespace="f5ec4932-0344-43c2-bb71-90aaa14f4c08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ec4932-0344-43c2-bb71-90aaa14f4c08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AB0A33-73BB-480B-B567-FDE0C2C05C92}">
  <ds:schemaRefs>
    <ds:schemaRef ds:uri="http://purl.org/dc/dcmitype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f5ec4932-0344-43c2-bb71-90aaa14f4c08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8CC0C2D-BA9E-4369-A561-980A4F766E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C90887-3B13-4441-879E-2ED8455EE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ec4932-0344-43c2-bb71-90aaa14f4c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1186</Words>
  <Characters>6529</Characters>
  <Application>Microsoft Office Word</Application>
  <DocSecurity>0</DocSecurity>
  <Lines>54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7700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commercial@audiofils.com</cp:lastModifiedBy>
  <cp:revision>3</cp:revision>
  <cp:lastPrinted>2025-08-29T15:03:00Z</cp:lastPrinted>
  <dcterms:created xsi:type="dcterms:W3CDTF">2025-09-02T12:29:00Z</dcterms:created>
  <dcterms:modified xsi:type="dcterms:W3CDTF">2025-10-10T07:30:00Z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0x010100DA93D3451ADB3640976BF62BB81E2519</vt:lpwstr>
  </property>
</Properties>
</file>